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Карта на уеб сайта – автосалон</w:t>
      </w:r>
    </w:p>
    <w:p>
      <w:r>
        <w:rPr>
          <w:sz w:val="24"/>
        </w:rPr>
        <w:t>Структура на проекта: главна страница, основни раздели и подстраници</w:t>
      </w:r>
    </w:p>
    <w:p>
      <w:pPr>
        <w:jc w:val="center"/>
      </w:pPr>
      <w:r>
        <w:drawing>
          <wp:inline distT="0" distB="0" distL="0" distR="0">
            <wp:extent cx="6732000" cy="3096000"/>
            <wp:effectExtent l="0" t="0" r="0" b="0"/>
            <wp:docPr id="100" name="Карта на сайта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10" Type="http://schemas.openxmlformats.org/officeDocument/2006/relationships/diagramData" Target="diagrams/data1.xml"/><Relationship Id="rId11" Type="http://schemas.openxmlformats.org/officeDocument/2006/relationships/diagramLayout" Target="diagrams/layout1.xml"/><Relationship Id="rId12" Type="http://schemas.openxmlformats.org/officeDocument/2006/relationships/diagramQuickStyle" Target="diagrams/quickStyle1.xml"/><Relationship Id="rId13" Type="http://schemas.openxmlformats.org/officeDocument/2006/relationships/diagramColors" Target="diagrams/colors1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B4A27B6-9867-49B0-8C72-CC1A80B934C7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0"/>
      <dgm:spPr/>
      <dgm:t>
        <a:bodyPr/>
        <a:lstStyle/>
        <a:p>
          <a:endParaRPr lang="bg-BG"/>
        </a:p>
      </dgm:t>
    </dgm:pt>
    <dgm:pt modelId="{D3F881F4-D31E-4506-8B24-15B31AE19BF0}">
      <dgm:prSet/>
      <dgm:spPr/>
      <dgm:t>
        <a:bodyPr/>
        <a:lstStyle/>
        <a:p>
          <a:r>
            <a:rPr lang="bg-BG"/>
            <a:t>Начало</a:t>
          </a:r>
          <a:endParaRPr lang="bg-BG"/>
        </a:p>
      </dgm:t>
    </dgm:pt>
    <dgm:pt modelId="{DB22A289-615E-49CF-99FF-7BEE077CDDF3}" type="parTrans" cxnId="{E3F40E53-0A12-42A0-84A6-A73800DE36EF}">
      <dgm:prSet/>
      <dgm:spPr/>
      <dgm:t>
        <a:bodyPr/>
        <a:lstStyle/>
        <a:p>
          <a:endParaRPr lang="bg-BG"/>
        </a:p>
      </dgm:t>
    </dgm:pt>
    <dgm:pt modelId="{259DBDAE-FF94-455C-BF62-ADBFF9ABF428}" type="sibTrans" cxnId="{E3F40E53-0A12-42A0-84A6-A73800DE36EF}">
      <dgm:prSet/>
      <dgm:spPr/>
      <dgm:t>
        <a:bodyPr/>
        <a:lstStyle/>
        <a:p>
          <a:endParaRPr lang="bg-BG"/>
        </a:p>
      </dgm:t>
    </dgm:pt>
    <dgm:pt modelId="{1213DD3F-FB2F-42D7-B68A-08E4BBFD4E02}">
      <dgm:prSet/>
      <dgm:spPr/>
      <dgm:t>
        <a:bodyPr/>
        <a:lstStyle/>
        <a:p>
          <a:r>
            <a:rPr lang="bg-BG"/>
            <a:t>За нас</a:t>
          </a:r>
          <a:endParaRPr lang="bg-BG"/>
        </a:p>
      </dgm:t>
    </dgm:pt>
    <dgm:pt modelId="{E2064D73-C7A6-4B7E-BD4A-A857B47842BF}" type="parTrans" cxnId="{104DD6AA-4D27-49BE-9DAF-51062D4817BE}">
      <dgm:prSet/>
      <dgm:spPr/>
      <dgm:t>
        <a:bodyPr/>
        <a:lstStyle/>
        <a:p>
          <a:endParaRPr lang="bg-BG"/>
        </a:p>
      </dgm:t>
    </dgm:pt>
    <dgm:pt modelId="{B1EA38C2-5788-4C39-A7A0-9063DD8A8A49}" type="sibTrans" cxnId="{104DD6AA-4D27-49BE-9DAF-51062D4817BE}">
      <dgm:prSet/>
      <dgm:spPr/>
      <dgm:t>
        <a:bodyPr/>
        <a:lstStyle/>
        <a:p>
          <a:endParaRPr lang="bg-BG"/>
        </a:p>
      </dgm:t>
    </dgm:pt>
    <dgm:pt modelId="{9473DECB-7E0E-40D4-AE74-AC9100301911}">
      <dgm:prSet/>
      <dgm:spPr/>
      <dgm:t>
        <a:bodyPr/>
        <a:lstStyle/>
        <a:p>
          <a:r>
            <a:rPr lang="bg-BG"/>
            <a:t>История на салона</a:t>
          </a:r>
          <a:endParaRPr lang="bg-BG"/>
        </a:p>
      </dgm:t>
    </dgm:pt>
    <dgm:pt modelId="{A5ACB8EC-CDC5-499F-8258-E191C2E85994}" type="parTrans" cxnId="{FF2D2342-0B0C-43B9-A336-FFB4E6B63FC5}">
      <dgm:prSet/>
      <dgm:spPr/>
      <dgm:t>
        <a:bodyPr/>
        <a:lstStyle/>
        <a:p>
          <a:endParaRPr lang="bg-BG"/>
        </a:p>
      </dgm:t>
    </dgm:pt>
    <dgm:pt modelId="{903AD30D-CF16-4232-8545-146C737DCDD3}" type="sibTrans" cxnId="{FF2D2342-0B0C-43B9-A336-FFB4E6B63FC5}">
      <dgm:prSet/>
      <dgm:spPr/>
      <dgm:t>
        <a:bodyPr/>
        <a:lstStyle/>
        <a:p>
          <a:endParaRPr lang="bg-BG"/>
        </a:p>
      </dgm:t>
    </dgm:pt>
    <dgm:pt modelId="{BB09E232-F1D9-413B-991D-83FE05587857}">
      <dgm:prSet/>
      <dgm:spPr/>
      <dgm:t>
        <a:bodyPr/>
        <a:lstStyle/>
        <a:p>
          <a:r>
            <a:rPr lang="bg-BG"/>
            <a:t>Екип</a:t>
          </a:r>
          <a:endParaRPr lang="bg-BG"/>
        </a:p>
      </dgm:t>
    </dgm:pt>
    <dgm:pt modelId="{540C6EB4-815F-4AF4-87E1-1A6B4E6F8C9E}" type="parTrans" cxnId="{58034B03-683E-48A6-B4EF-0AA775A3E123}">
      <dgm:prSet/>
      <dgm:spPr/>
      <dgm:t>
        <a:bodyPr/>
        <a:lstStyle/>
        <a:p>
          <a:endParaRPr lang="bg-BG"/>
        </a:p>
      </dgm:t>
    </dgm:pt>
    <dgm:pt modelId="{89E667EB-6246-4CE4-A3FC-8166A150BCAA}" type="sibTrans" cxnId="{58034B03-683E-48A6-B4EF-0AA775A3E123}">
      <dgm:prSet/>
      <dgm:spPr/>
      <dgm:t>
        <a:bodyPr/>
        <a:lstStyle/>
        <a:p>
          <a:endParaRPr lang="bg-BG"/>
        </a:p>
      </dgm:t>
    </dgm:pt>
    <dgm:pt modelId="{D2CDCCAB-9BDD-4685-BDBE-03F566374BE8}">
      <dgm:prSet/>
      <dgm:spPr/>
      <dgm:t>
        <a:bodyPr/>
        <a:lstStyle/>
        <a:p>
          <a:r>
            <a:rPr lang="bg-BG"/>
            <a:t>Шоурум и локации</a:t>
          </a:r>
          <a:endParaRPr lang="bg-BG"/>
        </a:p>
      </dgm:t>
    </dgm:pt>
    <dgm:pt modelId="{CEDBCD64-008E-49B2-8892-4F1886FFC2ED}" type="parTrans" cxnId="{B14BC5A2-0269-408E-AB01-096A4594970A}">
      <dgm:prSet/>
      <dgm:spPr/>
      <dgm:t>
        <a:bodyPr/>
        <a:lstStyle/>
        <a:p>
          <a:endParaRPr lang="bg-BG"/>
        </a:p>
      </dgm:t>
    </dgm:pt>
    <dgm:pt modelId="{E75C37C1-A57D-496E-8378-B72F8221B8E3}" type="sibTrans" cxnId="{B14BC5A2-0269-408E-AB01-096A4594970A}">
      <dgm:prSet/>
      <dgm:spPr/>
      <dgm:t>
        <a:bodyPr/>
        <a:lstStyle/>
        <a:p>
          <a:endParaRPr lang="bg-BG"/>
        </a:p>
      </dgm:t>
    </dgm:pt>
    <dgm:pt modelId="{8014FCDD-0E02-4E8F-85F7-9581E7E71716}">
      <dgm:prSet/>
      <dgm:spPr/>
      <dgm:t>
        <a:bodyPr/>
        <a:lstStyle/>
        <a:p>
          <a:r>
            <a:rPr lang="bg-BG"/>
            <a:t>Автомобили</a:t>
          </a:r>
          <a:endParaRPr lang="bg-BG"/>
        </a:p>
      </dgm:t>
    </dgm:pt>
    <dgm:pt modelId="{071C7390-1619-4F3E-8046-802338672B85}" type="parTrans" cxnId="{C546C56E-6EDA-40A0-89F4-547A888DD5BA}">
      <dgm:prSet/>
      <dgm:spPr/>
      <dgm:t>
        <a:bodyPr/>
        <a:lstStyle/>
        <a:p>
          <a:endParaRPr lang="bg-BG"/>
        </a:p>
      </dgm:t>
    </dgm:pt>
    <dgm:pt modelId="{2F5CEC55-4434-4A11-A61D-F3C10FAC6A87}" type="sibTrans" cxnId="{C546C56E-6EDA-40A0-89F4-547A888DD5BA}">
      <dgm:prSet/>
      <dgm:spPr/>
      <dgm:t>
        <a:bodyPr/>
        <a:lstStyle/>
        <a:p>
          <a:endParaRPr lang="bg-BG"/>
        </a:p>
      </dgm:t>
    </dgm:pt>
    <dgm:pt modelId="{B03BA233-B4E2-417A-9CEA-6F49995C8C6F}">
      <dgm:prSet/>
      <dgm:spPr/>
      <dgm:t>
        <a:bodyPr/>
        <a:lstStyle/>
        <a:p>
          <a:r>
            <a:rPr lang="bg-BG"/>
            <a:t>Нови автомобили</a:t>
          </a:r>
          <a:endParaRPr lang="bg-BG"/>
        </a:p>
      </dgm:t>
    </dgm:pt>
    <dgm:pt modelId="{A22430E8-2B7F-4750-81CF-716B01BB301C}" type="parTrans" cxnId="{55C0091B-D71C-46EE-9318-B98705A3674A}">
      <dgm:prSet/>
      <dgm:spPr/>
      <dgm:t>
        <a:bodyPr/>
        <a:lstStyle/>
        <a:p>
          <a:endParaRPr lang="bg-BG"/>
        </a:p>
      </dgm:t>
    </dgm:pt>
    <dgm:pt modelId="{44E23690-9538-4433-8A5E-D091CD9C61BE}" type="sibTrans" cxnId="{55C0091B-D71C-46EE-9318-B98705A3674A}">
      <dgm:prSet/>
      <dgm:spPr/>
      <dgm:t>
        <a:bodyPr/>
        <a:lstStyle/>
        <a:p>
          <a:endParaRPr lang="bg-BG"/>
        </a:p>
      </dgm:t>
    </dgm:pt>
    <dgm:pt modelId="{F354D28E-BDE9-4F64-80DA-14F048CCD9BA}">
      <dgm:prSet/>
      <dgm:spPr/>
      <dgm:t>
        <a:bodyPr/>
        <a:lstStyle/>
        <a:p>
          <a:r>
            <a:rPr lang="bg-BG"/>
            <a:t>Автомобили втора ръка</a:t>
          </a:r>
          <a:endParaRPr lang="bg-BG"/>
        </a:p>
      </dgm:t>
    </dgm:pt>
    <dgm:pt modelId="{539A2958-AF0E-4A79-B2DF-7B8D590A5F72}" type="parTrans" cxnId="{F56587E0-D2F9-49DF-9365-4B2DA5012083}">
      <dgm:prSet/>
      <dgm:spPr/>
      <dgm:t>
        <a:bodyPr/>
        <a:lstStyle/>
        <a:p>
          <a:endParaRPr lang="bg-BG"/>
        </a:p>
      </dgm:t>
    </dgm:pt>
    <dgm:pt modelId="{8F2E3119-87E4-4926-8654-42F1005F540D}" type="sibTrans" cxnId="{F56587E0-D2F9-49DF-9365-4B2DA5012083}">
      <dgm:prSet/>
      <dgm:spPr/>
      <dgm:t>
        <a:bodyPr/>
        <a:lstStyle/>
        <a:p>
          <a:endParaRPr lang="bg-BG"/>
        </a:p>
      </dgm:t>
    </dgm:pt>
    <dgm:pt modelId="{AB7D120A-0D51-4281-87E5-849E1F902174}">
      <dgm:prSet/>
      <dgm:spPr/>
      <dgm:t>
        <a:bodyPr/>
        <a:lstStyle/>
        <a:p>
          <a:r>
            <a:rPr lang="bg-BG"/>
            <a:t>Електрически и хибридни</a:t>
          </a:r>
          <a:endParaRPr lang="bg-BG"/>
        </a:p>
      </dgm:t>
    </dgm:pt>
    <dgm:pt modelId="{208722C2-D3A2-4BD0-94AC-82DC956DE8B1}" type="parTrans" cxnId="{7BD4574A-3B98-4401-A8D3-33723EEDED14}">
      <dgm:prSet/>
      <dgm:spPr/>
      <dgm:t>
        <a:bodyPr/>
        <a:lstStyle/>
        <a:p>
          <a:endParaRPr lang="bg-BG"/>
        </a:p>
      </dgm:t>
    </dgm:pt>
    <dgm:pt modelId="{272F8E49-657E-4C3A-82EF-E1FB18416CA0}" type="sibTrans" cxnId="{7BD4574A-3B98-4401-A8D3-33723EEDED14}">
      <dgm:prSet/>
      <dgm:spPr/>
      <dgm:t>
        <a:bodyPr/>
        <a:lstStyle/>
        <a:p>
          <a:endParaRPr lang="bg-BG"/>
        </a:p>
      </dgm:t>
    </dgm:pt>
    <dgm:pt modelId="{D3DDDDA6-0FCA-4C43-B6FC-BD184C2A221C}">
      <dgm:prSet/>
      <dgm:spPr/>
      <dgm:t>
        <a:bodyPr/>
        <a:lstStyle/>
        <a:p>
          <a:r>
            <a:rPr lang="bg-BG"/>
            <a:t>Търсене и филтри</a:t>
          </a:r>
          <a:endParaRPr lang="bg-BG"/>
        </a:p>
      </dgm:t>
    </dgm:pt>
    <dgm:pt modelId="{1093B1FA-D87D-4ED0-A024-6DD0C18A2DF3}" type="parTrans" cxnId="{12ED7965-5B62-4F1F-B0EF-FF3F9D52D80B}">
      <dgm:prSet/>
      <dgm:spPr/>
      <dgm:t>
        <a:bodyPr/>
        <a:lstStyle/>
        <a:p>
          <a:endParaRPr lang="bg-BG"/>
        </a:p>
      </dgm:t>
    </dgm:pt>
    <dgm:pt modelId="{D41D81BE-F2B1-4D92-9733-147CBC7A8D09}" type="sibTrans" cxnId="{12ED7965-5B62-4F1F-B0EF-FF3F9D52D80B}">
      <dgm:prSet/>
      <dgm:spPr/>
      <dgm:t>
        <a:bodyPr/>
        <a:lstStyle/>
        <a:p>
          <a:endParaRPr lang="bg-BG"/>
        </a:p>
      </dgm:t>
    </dgm:pt>
    <dgm:pt modelId="{96DBB3F5-A27B-4AB9-9AD2-530FE5BAD776}">
      <dgm:prSet/>
      <dgm:spPr/>
      <dgm:t>
        <a:bodyPr/>
        <a:lstStyle/>
        <a:p>
          <a:r>
            <a:rPr lang="bg-BG"/>
            <a:t>Сравнение на модели</a:t>
          </a:r>
          <a:endParaRPr lang="bg-BG"/>
        </a:p>
      </dgm:t>
    </dgm:pt>
    <dgm:pt modelId="{943ED67C-D3E9-4924-B94A-AE9076B777B4}" type="parTrans" cxnId="{EDA64DA1-59D9-4605-9893-4A7234BD7E59}">
      <dgm:prSet/>
      <dgm:spPr/>
      <dgm:t>
        <a:bodyPr/>
        <a:lstStyle/>
        <a:p>
          <a:endParaRPr lang="bg-BG"/>
        </a:p>
      </dgm:t>
    </dgm:pt>
    <dgm:pt modelId="{3759F733-1DDD-4AAC-BBAD-6C8753F9741B}" type="sibTrans" cxnId="{EDA64DA1-59D9-4605-9893-4A7234BD7E59}">
      <dgm:prSet/>
      <dgm:spPr/>
      <dgm:t>
        <a:bodyPr/>
        <a:lstStyle/>
        <a:p>
          <a:endParaRPr lang="bg-BG"/>
        </a:p>
      </dgm:t>
    </dgm:pt>
    <dgm:pt modelId="{F745288E-7664-4007-B661-4053915F85A2}">
      <dgm:prSet/>
      <dgm:spPr/>
      <dgm:t>
        <a:bodyPr/>
        <a:lstStyle/>
        <a:p>
          <a:r>
            <a:rPr lang="bg-BG"/>
            <a:t>Услуги</a:t>
          </a:r>
          <a:endParaRPr lang="bg-BG"/>
        </a:p>
      </dgm:t>
    </dgm:pt>
    <dgm:pt modelId="{19101E16-9DED-4604-A072-4FD3EAAC9A98}" type="parTrans" cxnId="{2495C585-EFBD-4B7E-A08B-975EF8B7D875}">
      <dgm:prSet/>
      <dgm:spPr/>
      <dgm:t>
        <a:bodyPr/>
        <a:lstStyle/>
        <a:p>
          <a:endParaRPr lang="bg-BG"/>
        </a:p>
      </dgm:t>
    </dgm:pt>
    <dgm:pt modelId="{436C16C8-C682-4BE5-BDFF-4FB54DDD8D41}" type="sibTrans" cxnId="{2495C585-EFBD-4B7E-A08B-975EF8B7D875}">
      <dgm:prSet/>
      <dgm:spPr/>
      <dgm:t>
        <a:bodyPr/>
        <a:lstStyle/>
        <a:p>
          <a:endParaRPr lang="bg-BG"/>
        </a:p>
      </dgm:t>
    </dgm:pt>
    <dgm:pt modelId="{5B4D59C3-7EDF-4C7E-96AD-E17B1572D654}">
      <dgm:prSet/>
      <dgm:spPr/>
      <dgm:t>
        <a:bodyPr/>
        <a:lstStyle/>
        <a:p>
          <a:r>
            <a:rPr lang="bg-BG"/>
            <a:t>Сервиз и ремонт</a:t>
          </a:r>
          <a:endParaRPr lang="bg-BG"/>
        </a:p>
      </dgm:t>
    </dgm:pt>
    <dgm:pt modelId="{6F902E09-4CA0-4721-A836-275C4DF118AE}" type="parTrans" cxnId="{03884ED3-069B-4CEE-922C-632D680479C6}">
      <dgm:prSet/>
      <dgm:spPr/>
      <dgm:t>
        <a:bodyPr/>
        <a:lstStyle/>
        <a:p>
          <a:endParaRPr lang="bg-BG"/>
        </a:p>
      </dgm:t>
    </dgm:pt>
    <dgm:pt modelId="{F4538D7C-83ED-4265-A8B1-8C11A28A775C}" type="sibTrans" cxnId="{03884ED3-069B-4CEE-922C-632D680479C6}">
      <dgm:prSet/>
      <dgm:spPr/>
      <dgm:t>
        <a:bodyPr/>
        <a:lstStyle/>
        <a:p>
          <a:endParaRPr lang="bg-BG"/>
        </a:p>
      </dgm:t>
    </dgm:pt>
    <dgm:pt modelId="{604B7B22-C4EC-48A5-9B6D-09D3A5ECDFBA}">
      <dgm:prSet/>
      <dgm:spPr/>
      <dgm:t>
        <a:bodyPr/>
        <a:lstStyle/>
        <a:p>
          <a:r>
            <a:rPr lang="bg-BG"/>
            <a:t>Тест драйв</a:t>
          </a:r>
          <a:endParaRPr lang="bg-BG"/>
        </a:p>
      </dgm:t>
    </dgm:pt>
    <dgm:pt modelId="{E2BFB813-BFD6-488A-A790-0F8B00FA72D7}" type="parTrans" cxnId="{3FD20C6F-6B9E-417C-90CD-62F687B3AE44}">
      <dgm:prSet/>
      <dgm:spPr/>
      <dgm:t>
        <a:bodyPr/>
        <a:lstStyle/>
        <a:p>
          <a:endParaRPr lang="bg-BG"/>
        </a:p>
      </dgm:t>
    </dgm:pt>
    <dgm:pt modelId="{113F4E45-7175-4168-A6B7-59DF8C900E0E}" type="sibTrans" cxnId="{3FD20C6F-6B9E-417C-90CD-62F687B3AE44}">
      <dgm:prSet/>
      <dgm:spPr/>
      <dgm:t>
        <a:bodyPr/>
        <a:lstStyle/>
        <a:p>
          <a:endParaRPr lang="bg-BG"/>
        </a:p>
      </dgm:t>
    </dgm:pt>
    <dgm:pt modelId="{A2F3F1B5-9E64-4C01-ABB2-262ADDCAD0E8}">
      <dgm:prSet/>
      <dgm:spPr/>
      <dgm:t>
        <a:bodyPr/>
        <a:lstStyle/>
        <a:p>
          <a:r>
            <a:rPr lang="bg-BG"/>
            <a:t>Гуми и аксесоари</a:t>
          </a:r>
          <a:endParaRPr lang="bg-BG"/>
        </a:p>
      </dgm:t>
    </dgm:pt>
    <dgm:pt modelId="{8A8842CF-59E5-4328-B9CB-5B470CB6D527}" type="parTrans" cxnId="{098462F3-A77D-4797-A9AB-139DE23926C8}">
      <dgm:prSet/>
      <dgm:spPr/>
      <dgm:t>
        <a:bodyPr/>
        <a:lstStyle/>
        <a:p>
          <a:endParaRPr lang="bg-BG"/>
        </a:p>
      </dgm:t>
    </dgm:pt>
    <dgm:pt modelId="{E30A938D-15A4-446E-ACD9-F37DF77A797F}" type="sibTrans" cxnId="{098462F3-A77D-4797-A9AB-139DE23926C8}">
      <dgm:prSet/>
      <dgm:spPr/>
      <dgm:t>
        <a:bodyPr/>
        <a:lstStyle/>
        <a:p>
          <a:endParaRPr lang="bg-BG"/>
        </a:p>
      </dgm:t>
    </dgm:pt>
    <dgm:pt modelId="{F9C5B810-731E-446F-9DDD-37104C6E7290}">
      <dgm:prSet/>
      <dgm:spPr/>
      <dgm:t>
        <a:bodyPr/>
        <a:lstStyle/>
        <a:p>
          <a:r>
            <a:rPr lang="bg-BG"/>
            <a:t>Изкупуване на автомобили</a:t>
          </a:r>
          <a:endParaRPr lang="bg-BG"/>
        </a:p>
      </dgm:t>
    </dgm:pt>
    <dgm:pt modelId="{F89875C7-8D1A-4B26-A9CC-44D32E840B8D}" type="parTrans" cxnId="{C0FA7805-E5A6-4599-A778-1C08BCB72D45}">
      <dgm:prSet/>
      <dgm:spPr/>
      <dgm:t>
        <a:bodyPr/>
        <a:lstStyle/>
        <a:p>
          <a:endParaRPr lang="bg-BG"/>
        </a:p>
      </dgm:t>
    </dgm:pt>
    <dgm:pt modelId="{A895BDD0-FB34-458B-9033-A0C860439F61}" type="sibTrans" cxnId="{C0FA7805-E5A6-4599-A778-1C08BCB72D45}">
      <dgm:prSet/>
      <dgm:spPr/>
      <dgm:t>
        <a:bodyPr/>
        <a:lstStyle/>
        <a:p>
          <a:endParaRPr lang="bg-BG"/>
        </a:p>
      </dgm:t>
    </dgm:pt>
    <dgm:pt modelId="{E3D67C85-AEFD-44FB-92F9-4873D43234DD}">
      <dgm:prSet/>
      <dgm:spPr/>
      <dgm:t>
        <a:bodyPr/>
        <a:lstStyle/>
        <a:p>
          <a:r>
            <a:rPr lang="bg-BG"/>
            <a:t>Финансиране</a:t>
          </a:r>
          <a:endParaRPr lang="bg-BG"/>
        </a:p>
      </dgm:t>
    </dgm:pt>
    <dgm:pt modelId="{DA7455BB-A047-4FFA-A88A-04847B11646F}" type="parTrans" cxnId="{517002C9-FFCB-47B7-B4F0-A1FB9EDFBF0A}">
      <dgm:prSet/>
      <dgm:spPr/>
      <dgm:t>
        <a:bodyPr/>
        <a:lstStyle/>
        <a:p>
          <a:endParaRPr lang="bg-BG"/>
        </a:p>
      </dgm:t>
    </dgm:pt>
    <dgm:pt modelId="{8458DDCE-1C26-4EB7-9DC9-686EDB07F72A}" type="sibTrans" cxnId="{517002C9-FFCB-47B7-B4F0-A1FB9EDFBF0A}">
      <dgm:prSet/>
      <dgm:spPr/>
      <dgm:t>
        <a:bodyPr/>
        <a:lstStyle/>
        <a:p>
          <a:endParaRPr lang="bg-BG"/>
        </a:p>
      </dgm:t>
    </dgm:pt>
    <dgm:pt modelId="{9D34BA91-6077-4148-A723-A4779D8DA534}">
      <dgm:prSet/>
      <dgm:spPr/>
      <dgm:t>
        <a:bodyPr/>
        <a:lstStyle/>
        <a:p>
          <a:r>
            <a:rPr lang="bg-BG"/>
            <a:t>Лизинг</a:t>
          </a:r>
          <a:endParaRPr lang="bg-BG"/>
        </a:p>
      </dgm:t>
    </dgm:pt>
    <dgm:pt modelId="{338D9591-FB45-462E-A3AF-25856D28154A}" type="parTrans" cxnId="{85B7D979-1217-45ED-ADB1-BADC9CD6968F}">
      <dgm:prSet/>
      <dgm:spPr/>
      <dgm:t>
        <a:bodyPr/>
        <a:lstStyle/>
        <a:p>
          <a:endParaRPr lang="bg-BG"/>
        </a:p>
      </dgm:t>
    </dgm:pt>
    <dgm:pt modelId="{3BE929B3-2D2F-4A61-AF81-12EA4888D118}" type="sibTrans" cxnId="{85B7D979-1217-45ED-ADB1-BADC9CD6968F}">
      <dgm:prSet/>
      <dgm:spPr/>
      <dgm:t>
        <a:bodyPr/>
        <a:lstStyle/>
        <a:p>
          <a:endParaRPr lang="bg-BG"/>
        </a:p>
      </dgm:t>
    </dgm:pt>
    <dgm:pt modelId="{6567266B-4B49-4A48-B623-752F2CB1733B}">
      <dgm:prSet/>
      <dgm:spPr/>
      <dgm:t>
        <a:bodyPr/>
        <a:lstStyle/>
        <a:p>
          <a:r>
            <a:rPr lang="bg-BG"/>
            <a:t>Автокредит</a:t>
          </a:r>
          <a:endParaRPr lang="bg-BG"/>
        </a:p>
      </dgm:t>
    </dgm:pt>
    <dgm:pt modelId="{AF18B50B-C9B5-4731-A016-155C9ED67AE5}" type="parTrans" cxnId="{10AAD260-BA2F-4446-AB04-1AA74C967ACC}">
      <dgm:prSet/>
      <dgm:spPr/>
      <dgm:t>
        <a:bodyPr/>
        <a:lstStyle/>
        <a:p>
          <a:endParaRPr lang="bg-BG"/>
        </a:p>
      </dgm:t>
    </dgm:pt>
    <dgm:pt modelId="{571DAF63-9D7C-4609-B4B1-C37BEE1C8CAB}" type="sibTrans" cxnId="{10AAD260-BA2F-4446-AB04-1AA74C967ACC}">
      <dgm:prSet/>
      <dgm:spPr/>
      <dgm:t>
        <a:bodyPr/>
        <a:lstStyle/>
        <a:p>
          <a:endParaRPr lang="bg-BG"/>
        </a:p>
      </dgm:t>
    </dgm:pt>
    <dgm:pt modelId="{B78A72E0-B407-4B38-BF50-7ED55C8B1D40}">
      <dgm:prSet/>
      <dgm:spPr/>
      <dgm:t>
        <a:bodyPr/>
        <a:lstStyle/>
        <a:p>
          <a:r>
            <a:rPr lang="bg-BG"/>
            <a:t>Застраховки</a:t>
          </a:r>
          <a:endParaRPr lang="bg-BG"/>
        </a:p>
      </dgm:t>
    </dgm:pt>
    <dgm:pt modelId="{F07DE006-D7C9-4775-B2BF-B75FF6CFC834}" type="parTrans" cxnId="{A0CD0ACF-1CF8-4AA4-9EF1-D69FBB0FE821}">
      <dgm:prSet/>
      <dgm:spPr/>
      <dgm:t>
        <a:bodyPr/>
        <a:lstStyle/>
        <a:p>
          <a:endParaRPr lang="bg-BG"/>
        </a:p>
      </dgm:t>
    </dgm:pt>
    <dgm:pt modelId="{9384E5C7-7BA9-4D89-9915-F4FA8DD4438C}" type="sibTrans" cxnId="{A0CD0ACF-1CF8-4AA4-9EF1-D69FBB0FE821}">
      <dgm:prSet/>
      <dgm:spPr/>
      <dgm:t>
        <a:bodyPr/>
        <a:lstStyle/>
        <a:p>
          <a:endParaRPr lang="bg-BG"/>
        </a:p>
      </dgm:t>
    </dgm:pt>
    <dgm:pt modelId="{01CAF444-62A1-4ADA-9F37-99A30526010D}">
      <dgm:prSet/>
      <dgm:spPr/>
      <dgm:t>
        <a:bodyPr/>
        <a:lstStyle/>
        <a:p>
          <a:r>
            <a:rPr lang="bg-BG"/>
            <a:t>Оферти и новини</a:t>
          </a:r>
          <a:endParaRPr lang="bg-BG"/>
        </a:p>
      </dgm:t>
    </dgm:pt>
    <dgm:pt modelId="{951FE0CC-19A1-434F-9BCA-9613033B0250}" type="parTrans" cxnId="{FA42CF99-29B1-4F73-8413-0AD797272438}">
      <dgm:prSet/>
      <dgm:spPr/>
      <dgm:t>
        <a:bodyPr/>
        <a:lstStyle/>
        <a:p>
          <a:endParaRPr lang="bg-BG"/>
        </a:p>
      </dgm:t>
    </dgm:pt>
    <dgm:pt modelId="{4ECF92EA-CF17-4177-B35F-883C9ADA96EC}" type="sibTrans" cxnId="{FA42CF99-29B1-4F73-8413-0AD797272438}">
      <dgm:prSet/>
      <dgm:spPr/>
      <dgm:t>
        <a:bodyPr/>
        <a:lstStyle/>
        <a:p>
          <a:endParaRPr lang="bg-BG"/>
        </a:p>
      </dgm:t>
    </dgm:pt>
    <dgm:pt modelId="{BD445D2E-8B31-45EE-A568-00E686F686B6}">
      <dgm:prSet/>
      <dgm:spPr/>
      <dgm:t>
        <a:bodyPr/>
        <a:lstStyle/>
        <a:p>
          <a:r>
            <a:rPr lang="bg-BG"/>
            <a:t>Промоции</a:t>
          </a:r>
          <a:endParaRPr lang="bg-BG"/>
        </a:p>
      </dgm:t>
    </dgm:pt>
    <dgm:pt modelId="{0852A851-673E-41DB-A34B-E57C3D8C7025}" type="parTrans" cxnId="{97EAB60F-D665-43D3-A067-12F5794423E4}">
      <dgm:prSet/>
      <dgm:spPr/>
      <dgm:t>
        <a:bodyPr/>
        <a:lstStyle/>
        <a:p>
          <a:endParaRPr lang="bg-BG"/>
        </a:p>
      </dgm:t>
    </dgm:pt>
    <dgm:pt modelId="{A1ACD5E3-7FE4-4BB9-8248-E7FD72329702}" type="sibTrans" cxnId="{97EAB60F-D665-43D3-A067-12F5794423E4}">
      <dgm:prSet/>
      <dgm:spPr/>
      <dgm:t>
        <a:bodyPr/>
        <a:lstStyle/>
        <a:p>
          <a:endParaRPr lang="bg-BG"/>
        </a:p>
      </dgm:t>
    </dgm:pt>
    <dgm:pt modelId="{CE405D7F-2217-429A-807A-22D6D701BD8F}">
      <dgm:prSet/>
      <dgm:spPr/>
      <dgm:t>
        <a:bodyPr/>
        <a:lstStyle/>
        <a:p>
          <a:r>
            <a:rPr lang="bg-BG"/>
            <a:t>Новини</a:t>
          </a:r>
          <a:endParaRPr lang="bg-BG"/>
        </a:p>
      </dgm:t>
    </dgm:pt>
    <dgm:pt modelId="{6F0BC9F3-100D-457A-A4D4-4292BC36ED98}" type="parTrans" cxnId="{780C8F42-8727-42ED-97B7-6D712B91E67F}">
      <dgm:prSet/>
      <dgm:spPr/>
      <dgm:t>
        <a:bodyPr/>
        <a:lstStyle/>
        <a:p>
          <a:endParaRPr lang="bg-BG"/>
        </a:p>
      </dgm:t>
    </dgm:pt>
    <dgm:pt modelId="{5B59D700-9725-4A23-8930-0D024DDCF367}" type="sibTrans" cxnId="{780C8F42-8727-42ED-97B7-6D712B91E67F}">
      <dgm:prSet/>
      <dgm:spPr/>
      <dgm:t>
        <a:bodyPr/>
        <a:lstStyle/>
        <a:p>
          <a:endParaRPr lang="bg-BG"/>
        </a:p>
      </dgm:t>
    </dgm:pt>
    <dgm:pt modelId="{67D1AF83-2AC5-4650-A3AE-6F57C61A4D4B}">
      <dgm:prSet/>
      <dgm:spPr/>
      <dgm:t>
        <a:bodyPr/>
        <a:lstStyle/>
        <a:p>
          <a:r>
            <a:rPr lang="bg-BG"/>
            <a:t>Контакти</a:t>
          </a:r>
          <a:endParaRPr lang="bg-BG"/>
        </a:p>
      </dgm:t>
    </dgm:pt>
    <dgm:pt modelId="{1D785BAA-D945-42E4-876E-F9CC38619F0D}" type="parTrans" cxnId="{AFDAB8F5-542A-4D49-B78D-2AD1AA99543A}">
      <dgm:prSet/>
      <dgm:spPr/>
      <dgm:t>
        <a:bodyPr/>
        <a:lstStyle/>
        <a:p>
          <a:endParaRPr lang="bg-BG"/>
        </a:p>
      </dgm:t>
    </dgm:pt>
    <dgm:pt modelId="{BC6FA0E3-9798-4531-A778-84AD20156DBF}" type="sibTrans" cxnId="{AFDAB8F5-542A-4D49-B78D-2AD1AA99543A}">
      <dgm:prSet/>
      <dgm:spPr/>
      <dgm:t>
        <a:bodyPr/>
        <a:lstStyle/>
        <a:p>
          <a:endParaRPr lang="bg-BG"/>
        </a:p>
      </dgm:t>
    </dgm:pt>
    <dgm:pt modelId="{A5398D2D-5CDE-4074-8C7B-285EC32A299B}">
      <dgm:prSet/>
      <dgm:spPr/>
      <dgm:t>
        <a:bodyPr/>
        <a:lstStyle/>
        <a:p>
          <a:r>
            <a:rPr lang="bg-BG"/>
            <a:t>Запитване</a:t>
          </a:r>
          <a:endParaRPr lang="bg-BG"/>
        </a:p>
      </dgm:t>
    </dgm:pt>
    <dgm:pt modelId="{605AF1BB-0106-45D7-96CF-075C7D9EDA59}" type="parTrans" cxnId="{4780FC04-B700-4AA7-8858-B9ECEFAAF431}">
      <dgm:prSet/>
      <dgm:spPr/>
      <dgm:t>
        <a:bodyPr/>
        <a:lstStyle/>
        <a:p>
          <a:endParaRPr lang="bg-BG"/>
        </a:p>
      </dgm:t>
    </dgm:pt>
    <dgm:pt modelId="{DD74C905-206D-441A-BC94-53F2B11ACDAF}" type="sibTrans" cxnId="{4780FC04-B700-4AA7-8858-B9ECEFAAF431}">
      <dgm:prSet/>
      <dgm:spPr/>
      <dgm:t>
        <a:bodyPr/>
        <a:lstStyle/>
        <a:p>
          <a:endParaRPr lang="bg-BG"/>
        </a:p>
      </dgm:t>
    </dgm:pt>
    <dgm:pt modelId="{E5357246-7D32-4AB6-87AA-8E2373143713}">
      <dgm:prSet/>
      <dgm:spPr/>
      <dgm:t>
        <a:bodyPr/>
        <a:lstStyle/>
        <a:p>
          <a:r>
            <a:rPr lang="bg-BG"/>
            <a:t>Резервация на час</a:t>
          </a:r>
          <a:endParaRPr lang="bg-BG"/>
        </a:p>
      </dgm:t>
    </dgm:pt>
    <dgm:pt modelId="{EB90103D-DA87-4EF9-A507-2172FCE5CD9D}" type="parTrans" cxnId="{3C2E6610-DBB9-4030-BD0D-26FD95B8D21D}">
      <dgm:prSet/>
      <dgm:spPr/>
      <dgm:t>
        <a:bodyPr/>
        <a:lstStyle/>
        <a:p>
          <a:endParaRPr lang="bg-BG"/>
        </a:p>
      </dgm:t>
    </dgm:pt>
    <dgm:pt modelId="{69190465-7DF4-4E75-B6ED-3F35C929A96A}" type="sibTrans" cxnId="{3C2E6610-DBB9-4030-BD0D-26FD95B8D21D}">
      <dgm:prSet/>
      <dgm:spPr/>
      <dgm:t>
        <a:bodyPr/>
        <a:lstStyle/>
        <a:p>
          <a:endParaRPr lang="bg-BG"/>
        </a:p>
      </dgm:t>
    </dgm:pt>
    <dgm:pt modelId="{B265389F-BA4E-46B1-BEA2-6B0FEFA88138}">
      <dgm:prSet/>
      <dgm:spPr/>
      <dgm:t>
        <a:bodyPr/>
        <a:lstStyle/>
        <a:p>
          <a:r>
            <a:rPr lang="bg-BG"/>
            <a:t>Карта и работно време</a:t>
          </a:r>
          <a:endParaRPr lang="bg-BG"/>
        </a:p>
      </dgm:t>
    </dgm:pt>
    <dgm:pt modelId="{F7B0DF05-0D65-4E4C-AC7C-8E0A0283A9DE}" type="parTrans" cxnId="{64AB28FD-2700-4923-B06D-E52F452745F7}">
      <dgm:prSet/>
      <dgm:spPr/>
      <dgm:t>
        <a:bodyPr/>
        <a:lstStyle/>
        <a:p>
          <a:endParaRPr lang="bg-BG"/>
        </a:p>
      </dgm:t>
    </dgm:pt>
    <dgm:pt modelId="{D0F8D931-E280-49F3-8551-D89270868667}" type="sibTrans" cxnId="{64AB28FD-2700-4923-B06D-E52F452745F7}">
      <dgm:prSet/>
      <dgm:spPr/>
      <dgm:t>
        <a:bodyPr/>
        <a:lstStyle/>
        <a:p>
          <a:endParaRPr lang="bg-BG"/>
        </a:p>
      </dgm:t>
    </dgm:pt>
    <dgm:pt modelId="{0BC5B2A8-630A-4E80-8A1C-645D24EC7492}" type="pres">
      <dgm:prSet presAssocID="{8B4A27B6-9867-49B0-8C72-CC1A80B934C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64D9068-5872-467A-8CF0-A29A2023E6B0}" type="pres">
      <dgm:prSet presAssocID="{D3F881F4-D31E-4506-8B24-15B31AE19BF0}" presName="hierRoot1" presStyleCnt="0">
        <dgm:presLayoutVars>
          <dgm:hierBranch/>
        </dgm:presLayoutVars>
      </dgm:prSet>
      <dgm:spPr/>
    </dgm:pt>
    <dgm:pt modelId="{E132C126-4C34-40CA-83F6-48FB27EE2404}" type="pres">
      <dgm:prSet presAssocID="{D3F881F4-D31E-4506-8B24-15B31AE19BF0}" presName="rootComposite1" presStyleCnt="0"/>
      <dgm:spPr/>
    </dgm:pt>
    <dgm:pt modelId="{C6C54CA5-7478-4A11-86D3-0F8BA479599A}" type="pres">
      <dgm:prSet presAssocID="{D3F881F4-D31E-4506-8B24-15B31AE19BF0}" presName="rootText1" presStyleLbl="node0" presStyleIdx="0" presStyleCnt="1">
        <dgm:presLayoutVars>
          <dgm:chPref val="3"/>
        </dgm:presLayoutVars>
      </dgm:prSet>
      <dgm:spPr/>
    </dgm:pt>
    <dgm:pt modelId="{0CF73C58-D978-4247-996F-66539983F9EE}" type="pres">
      <dgm:prSet presAssocID="{D3F881F4-D31E-4506-8B24-15B31AE19BF0}" presName="rootConnector1" presStyleLbl="node1" presStyleIdx="0" presStyleCnt="0"/>
      <dgm:spPr/>
    </dgm:pt>
    <dgm:pt modelId="{777B29EF-186E-425F-A137-40C1464AEDDB}" type="pres">
      <dgm:prSet presAssocID="{D3F881F4-D31E-4506-8B24-15B31AE19BF0}" presName="hierChild2" presStyleCnt="0"/>
      <dgm:spPr/>
    </dgm:pt>
    <dgm:pt modelId="{E9E89A93-1C68-46CA-9491-4DED35DD1372}" type="pres">
      <dgm:prSet presAssocID="{D3F881F4-D31E-4506-8B24-15B31AE19BF0}" presName="hierChild3" presStyleCnt="0"/>
      <dgm:spPr/>
    </dgm:pt>
    <dgm:pt modelId="{E047DF64-C1E0-4981-A241-8F14DB7B92D7}" type="pres">
      <dgm:prSet presAssocID="{E2064D73-C7A6-4B7E-BD4A-A857B47842BF}" presName="Name35" presStyleLbl="parChTrans1D2" presStyleIdx="0" presStyleCnt="6"/>
      <dgm:spPr/>
    </dgm:pt>
    <dgm:pt modelId="{14C16628-97E4-45C2-9F25-F9ABA941F920}" type="pres">
      <dgm:prSet presAssocID="{1213DD3F-FB2F-42D7-B68A-08E4BBFD4E02}" presName="hierRoot2" presStyleCnt="0">
        <dgm:presLayoutVars>
          <dgm:hierBranch val="hang"/>
        </dgm:presLayoutVars>
      </dgm:prSet>
      <dgm:spPr/>
    </dgm:pt>
    <dgm:pt modelId="{7E282FDD-F5BC-4C66-802C-4CD20B5AB35D}" type="pres">
      <dgm:prSet presAssocID="{1213DD3F-FB2F-42D7-B68A-08E4BBFD4E02}" presName="rootComposite" presStyleCnt="0"/>
      <dgm:spPr/>
    </dgm:pt>
    <dgm:pt modelId="{5E487F38-864D-4F3B-B81D-C7A098EE29E5}" type="pres">
      <dgm:prSet presAssocID="{1213DD3F-FB2F-42D7-B68A-08E4BBFD4E02}" presName="rootText" presStyleLbl="node2" presStyleIdx="0" presStyleCnt="6">
        <dgm:presLayoutVars>
          <dgm:chPref val="3"/>
        </dgm:presLayoutVars>
      </dgm:prSet>
      <dgm:spPr/>
    </dgm:pt>
    <dgm:pt modelId="{354F1BC6-A1CF-4BAE-BB20-11FAB0F8EB5B}" type="pres">
      <dgm:prSet presAssocID="{1213DD3F-FB2F-42D7-B68A-08E4BBFD4E02}" presName="rootConnector" presStyleLbl="node2" presStyleIdx="0" presStyleCnt="6"/>
      <dgm:spPr/>
    </dgm:pt>
    <dgm:pt modelId="{573C2610-5B4A-47FA-BEE2-7D192F1F4D55}" type="pres">
      <dgm:prSet presAssocID="{1213DD3F-FB2F-42D7-B68A-08E4BBFD4E02}" presName="hierChild4" presStyleCnt="0"/>
      <dgm:spPr/>
    </dgm:pt>
    <dgm:pt modelId="{C2611A96-3F77-45E9-8D7A-6FBE44AC8DCD}" type="pres">
      <dgm:prSet presAssocID="{1213DD3F-FB2F-42D7-B68A-08E4BBFD4E02}" presName="hierChild5" presStyleCnt="0"/>
      <dgm:spPr/>
    </dgm:pt>
    <dgm:pt modelId="{E9497D22-D107-4232-872D-A8E59E6B2E4B}" type="pres">
      <dgm:prSet presAssocID="{A5ACB8EC-CDC5-499F-8258-E191C2E85994}" presName="Name35" presStyleLbl="parChTrans1D3" presStyleIdx="0" presStyleCnt="20"/>
      <dgm:spPr/>
    </dgm:pt>
    <dgm:pt modelId="{1D67F6EF-2217-4227-A9EE-EE688DB7F53B}" type="pres">
      <dgm:prSet presAssocID="{9473DECB-7E0E-40D4-AE74-AC9100301911}" presName="hierRoot2" presStyleCnt="0">
        <dgm:presLayoutVars>
          <dgm:hierBranch/>
        </dgm:presLayoutVars>
      </dgm:prSet>
      <dgm:spPr/>
    </dgm:pt>
    <dgm:pt modelId="{4386745F-E584-451E-86B6-BCFF0CD40CC3}" type="pres">
      <dgm:prSet presAssocID="{9473DECB-7E0E-40D4-AE74-AC9100301911}" presName="rootComposite" presStyleCnt="0"/>
      <dgm:spPr/>
    </dgm:pt>
    <dgm:pt modelId="{E2168711-66BA-41E0-91AD-9300C5BA3B4C}" type="pres">
      <dgm:prSet presAssocID="{9473DECB-7E0E-40D4-AE74-AC9100301911}" presName="rootText" presStyleLbl="node3" presStyleIdx="0" presStyleCnt="20">
        <dgm:presLayoutVars>
          <dgm:chPref val="3"/>
        </dgm:presLayoutVars>
      </dgm:prSet>
      <dgm:spPr/>
    </dgm:pt>
    <dgm:pt modelId="{A3EDB2A7-96BC-449F-A224-CDE03CED25AB}" type="pres">
      <dgm:prSet presAssocID="{9473DECB-7E0E-40D4-AE74-AC9100301911}" presName="rootConnector" presStyleLbl="node3" presStyleIdx="0" presStyleCnt="20"/>
      <dgm:spPr/>
    </dgm:pt>
    <dgm:pt modelId="{1FFF5600-A806-4689-BFE0-A48CE9AA048C}" type="pres">
      <dgm:prSet presAssocID="{9473DECB-7E0E-40D4-AE74-AC9100301911}" presName="hierChild4" presStyleCnt="0"/>
      <dgm:spPr/>
    </dgm:pt>
    <dgm:pt modelId="{48682B3B-45EA-4892-82C5-0A96448BB9FC}" type="pres">
      <dgm:prSet presAssocID="{9473DECB-7E0E-40D4-AE74-AC9100301911}" presName="hierChild5" presStyleCnt="0"/>
      <dgm:spPr/>
    </dgm:pt>
    <dgm:pt modelId="{A3A372CC-3533-450D-B6B3-3BDF2AEF75F4}" type="pres">
      <dgm:prSet presAssocID="{540C6EB4-815F-4AF4-87E1-1A6B4E6F8C9E}" presName="Name35" presStyleLbl="parChTrans1D3" presStyleIdx="1" presStyleCnt="20"/>
      <dgm:spPr/>
    </dgm:pt>
    <dgm:pt modelId="{A97D7DCD-853B-4C92-A063-AD8C56EFF54B}" type="pres">
      <dgm:prSet presAssocID="{BB09E232-F1D9-413B-991D-83FE05587857}" presName="hierRoot2" presStyleCnt="0">
        <dgm:presLayoutVars>
          <dgm:hierBranch/>
        </dgm:presLayoutVars>
      </dgm:prSet>
      <dgm:spPr/>
    </dgm:pt>
    <dgm:pt modelId="{4A8F2D8D-2523-45C1-B328-91E17D90CAC1}" type="pres">
      <dgm:prSet presAssocID="{BB09E232-F1D9-413B-991D-83FE05587857}" presName="rootComposite" presStyleCnt="0"/>
      <dgm:spPr/>
    </dgm:pt>
    <dgm:pt modelId="{174CA850-8D2B-479D-A8C2-2746BB7C696A}" type="pres">
      <dgm:prSet presAssocID="{BB09E232-F1D9-413B-991D-83FE05587857}" presName="rootText" presStyleLbl="node3" presStyleIdx="1" presStyleCnt="20">
        <dgm:presLayoutVars>
          <dgm:chPref val="3"/>
        </dgm:presLayoutVars>
      </dgm:prSet>
      <dgm:spPr/>
    </dgm:pt>
    <dgm:pt modelId="{2BFDB0F8-0680-4168-86B6-C78130734D70}" type="pres">
      <dgm:prSet presAssocID="{BB09E232-F1D9-413B-991D-83FE05587857}" presName="rootConnector" presStyleLbl="node3" presStyleIdx="1" presStyleCnt="20"/>
      <dgm:spPr/>
    </dgm:pt>
    <dgm:pt modelId="{E27F6029-7190-4969-B31C-182B368D9785}" type="pres">
      <dgm:prSet presAssocID="{BB09E232-F1D9-413B-991D-83FE05587857}" presName="hierChild4" presStyleCnt="0"/>
      <dgm:spPr/>
    </dgm:pt>
    <dgm:pt modelId="{9A892A7C-C800-4D78-AD59-5D7EF05651AC}" type="pres">
      <dgm:prSet presAssocID="{BB09E232-F1D9-413B-991D-83FE05587857}" presName="hierChild5" presStyleCnt="0"/>
      <dgm:spPr/>
    </dgm:pt>
    <dgm:pt modelId="{764417C6-9FC8-41CD-A2F3-43EEBA0191A7}" type="pres">
      <dgm:prSet presAssocID="{CEDBCD64-008E-49B2-8892-4F1886FFC2ED}" presName="Name35" presStyleLbl="parChTrans1D3" presStyleIdx="2" presStyleCnt="20"/>
      <dgm:spPr/>
    </dgm:pt>
    <dgm:pt modelId="{160EAF3A-BFBC-43F7-8CE3-53F673CA10E3}" type="pres">
      <dgm:prSet presAssocID="{D2CDCCAB-9BDD-4685-BDBE-03F566374BE8}" presName="hierRoot2" presStyleCnt="0">
        <dgm:presLayoutVars>
          <dgm:hierBranch/>
        </dgm:presLayoutVars>
      </dgm:prSet>
      <dgm:spPr/>
    </dgm:pt>
    <dgm:pt modelId="{45B7382F-DB0B-48A8-97BA-DB1998469B4F}" type="pres">
      <dgm:prSet presAssocID="{D2CDCCAB-9BDD-4685-BDBE-03F566374BE8}" presName="rootComposite" presStyleCnt="0"/>
      <dgm:spPr/>
    </dgm:pt>
    <dgm:pt modelId="{968B3A53-0995-4C93-A625-5DE9E8A40B25}" type="pres">
      <dgm:prSet presAssocID="{D2CDCCAB-9BDD-4685-BDBE-03F566374BE8}" presName="rootText" presStyleLbl="node3" presStyleIdx="2" presStyleCnt="20">
        <dgm:presLayoutVars>
          <dgm:chPref val="3"/>
        </dgm:presLayoutVars>
      </dgm:prSet>
      <dgm:spPr/>
    </dgm:pt>
    <dgm:pt modelId="{05763871-95F4-4867-A36A-60746543E1EE}" type="pres">
      <dgm:prSet presAssocID="{D2CDCCAB-9BDD-4685-BDBE-03F566374BE8}" presName="rootConnector" presStyleLbl="node3" presStyleIdx="2" presStyleCnt="20"/>
      <dgm:spPr/>
    </dgm:pt>
    <dgm:pt modelId="{0611A288-D18E-4C97-A905-8CE02C8ABBCF}" type="pres">
      <dgm:prSet presAssocID="{D2CDCCAB-9BDD-4685-BDBE-03F566374BE8}" presName="hierChild4" presStyleCnt="0"/>
      <dgm:spPr/>
    </dgm:pt>
    <dgm:pt modelId="{EA5F1763-57DB-43FA-B5BC-921B65E7AF63}" type="pres">
      <dgm:prSet presAssocID="{D2CDCCAB-9BDD-4685-BDBE-03F566374BE8}" presName="hierChild5" presStyleCnt="0"/>
      <dgm:spPr/>
    </dgm:pt>
    <dgm:pt modelId="{F31DAFBE-2FFE-4F60-9CD1-A41358D3769A}" type="pres">
      <dgm:prSet presAssocID="{071C7390-1619-4F3E-8046-802338672B85}" presName="Name35" presStyleLbl="parChTrans1D2" presStyleIdx="1" presStyleCnt="6"/>
      <dgm:spPr/>
    </dgm:pt>
    <dgm:pt modelId="{9E6ADFB4-42F8-4885-9386-60AA827DCDD3}" type="pres">
      <dgm:prSet presAssocID="{8014FCDD-0E02-4E8F-85F7-9581E7E71716}" presName="hierRoot2" presStyleCnt="0">
        <dgm:presLayoutVars>
          <dgm:hierBranch val="hang"/>
        </dgm:presLayoutVars>
      </dgm:prSet>
      <dgm:spPr/>
    </dgm:pt>
    <dgm:pt modelId="{F286C005-6284-4141-A255-76CF5AA68AD7}" type="pres">
      <dgm:prSet presAssocID="{8014FCDD-0E02-4E8F-85F7-9581E7E71716}" presName="rootComposite" presStyleCnt="0"/>
      <dgm:spPr/>
    </dgm:pt>
    <dgm:pt modelId="{627F4594-73AB-4877-933B-619462788270}" type="pres">
      <dgm:prSet presAssocID="{8014FCDD-0E02-4E8F-85F7-9581E7E71716}" presName="rootText" presStyleLbl="node2" presStyleIdx="1" presStyleCnt="6">
        <dgm:presLayoutVars>
          <dgm:chPref val="3"/>
        </dgm:presLayoutVars>
      </dgm:prSet>
      <dgm:spPr/>
    </dgm:pt>
    <dgm:pt modelId="{398C648E-271C-4329-9008-4572172B89F1}" type="pres">
      <dgm:prSet presAssocID="{8014FCDD-0E02-4E8F-85F7-9581E7E71716}" presName="rootConnector" presStyleLbl="node2" presStyleIdx="1" presStyleCnt="6"/>
      <dgm:spPr/>
    </dgm:pt>
    <dgm:pt modelId="{06E14D67-B81D-4816-BA7D-28D4019D5BDC}" type="pres">
      <dgm:prSet presAssocID="{8014FCDD-0E02-4E8F-85F7-9581E7E71716}" presName="hierChild4" presStyleCnt="0"/>
      <dgm:spPr/>
    </dgm:pt>
    <dgm:pt modelId="{621EB182-0561-4296-9387-968CC9659D88}" type="pres">
      <dgm:prSet presAssocID="{8014FCDD-0E02-4E8F-85F7-9581E7E71716}" presName="hierChild5" presStyleCnt="0"/>
      <dgm:spPr/>
    </dgm:pt>
    <dgm:pt modelId="{F3C5D20B-B1F8-4BAD-9D57-B7B146B9E092}" type="pres">
      <dgm:prSet presAssocID="{A22430E8-2B7F-4750-81CF-716B01BB301C}" presName="Name35" presStyleLbl="parChTrans1D3" presStyleIdx="3" presStyleCnt="20"/>
      <dgm:spPr/>
    </dgm:pt>
    <dgm:pt modelId="{65122537-5E65-4CB7-B88C-BADD509AAC70}" type="pres">
      <dgm:prSet presAssocID="{B03BA233-B4E2-417A-9CEA-6F49995C8C6F}" presName="hierRoot2" presStyleCnt="0">
        <dgm:presLayoutVars>
          <dgm:hierBranch/>
        </dgm:presLayoutVars>
      </dgm:prSet>
      <dgm:spPr/>
    </dgm:pt>
    <dgm:pt modelId="{BBE6F1B1-BEC0-4310-A8FD-19626796583B}" type="pres">
      <dgm:prSet presAssocID="{B03BA233-B4E2-417A-9CEA-6F49995C8C6F}" presName="rootComposite" presStyleCnt="0"/>
      <dgm:spPr/>
    </dgm:pt>
    <dgm:pt modelId="{DF0AD036-0E1D-4523-A8C4-5D6F3A765D07}" type="pres">
      <dgm:prSet presAssocID="{B03BA233-B4E2-417A-9CEA-6F49995C8C6F}" presName="rootText" presStyleLbl="node3" presStyleIdx="3" presStyleCnt="20">
        <dgm:presLayoutVars>
          <dgm:chPref val="3"/>
        </dgm:presLayoutVars>
      </dgm:prSet>
      <dgm:spPr/>
    </dgm:pt>
    <dgm:pt modelId="{62472A20-63E3-4153-BD79-BD66D666B6DD}" type="pres">
      <dgm:prSet presAssocID="{B03BA233-B4E2-417A-9CEA-6F49995C8C6F}" presName="rootConnector" presStyleLbl="node3" presStyleIdx="3" presStyleCnt="20"/>
      <dgm:spPr/>
    </dgm:pt>
    <dgm:pt modelId="{4669C860-2795-4A9A-B789-C7C46C2A4B57}" type="pres">
      <dgm:prSet presAssocID="{B03BA233-B4E2-417A-9CEA-6F49995C8C6F}" presName="hierChild4" presStyleCnt="0"/>
      <dgm:spPr/>
    </dgm:pt>
    <dgm:pt modelId="{02305EF1-4988-48FE-8F61-CEAFC4E82390}" type="pres">
      <dgm:prSet presAssocID="{B03BA233-B4E2-417A-9CEA-6F49995C8C6F}" presName="hierChild5" presStyleCnt="0"/>
      <dgm:spPr/>
    </dgm:pt>
    <dgm:pt modelId="{E1B67933-F5E5-45B9-8749-0F8075D6B394}" type="pres">
      <dgm:prSet presAssocID="{539A2958-AF0E-4A79-B2DF-7B8D590A5F72}" presName="Name35" presStyleLbl="parChTrans1D3" presStyleIdx="4" presStyleCnt="20"/>
      <dgm:spPr/>
    </dgm:pt>
    <dgm:pt modelId="{76093C1E-BF95-484D-9D95-49FB1B7FB153}" type="pres">
      <dgm:prSet presAssocID="{F354D28E-BDE9-4F64-80DA-14F048CCD9BA}" presName="hierRoot2" presStyleCnt="0">
        <dgm:presLayoutVars>
          <dgm:hierBranch/>
        </dgm:presLayoutVars>
      </dgm:prSet>
      <dgm:spPr/>
    </dgm:pt>
    <dgm:pt modelId="{FE94D56C-DE3E-4AB5-AD05-67D66E9A7F42}" type="pres">
      <dgm:prSet presAssocID="{F354D28E-BDE9-4F64-80DA-14F048CCD9BA}" presName="rootComposite" presStyleCnt="0"/>
      <dgm:spPr/>
    </dgm:pt>
    <dgm:pt modelId="{C76B6AF5-3DED-4EE5-B851-C96B310F244B}" type="pres">
      <dgm:prSet presAssocID="{F354D28E-BDE9-4F64-80DA-14F048CCD9BA}" presName="rootText" presStyleLbl="node3" presStyleIdx="4" presStyleCnt="20">
        <dgm:presLayoutVars>
          <dgm:chPref val="3"/>
        </dgm:presLayoutVars>
      </dgm:prSet>
      <dgm:spPr/>
    </dgm:pt>
    <dgm:pt modelId="{F1315726-53FD-4D92-83B5-9BE99CDBD49C}" type="pres">
      <dgm:prSet presAssocID="{F354D28E-BDE9-4F64-80DA-14F048CCD9BA}" presName="rootConnector" presStyleLbl="node3" presStyleIdx="4" presStyleCnt="20"/>
      <dgm:spPr/>
    </dgm:pt>
    <dgm:pt modelId="{0EEFDC63-5F64-4C61-AB76-18CB69BB8A24}" type="pres">
      <dgm:prSet presAssocID="{F354D28E-BDE9-4F64-80DA-14F048CCD9BA}" presName="hierChild4" presStyleCnt="0"/>
      <dgm:spPr/>
    </dgm:pt>
    <dgm:pt modelId="{DC3B07B9-7FBB-4A84-8065-C824D6D828F8}" type="pres">
      <dgm:prSet presAssocID="{F354D28E-BDE9-4F64-80DA-14F048CCD9BA}" presName="hierChild5" presStyleCnt="0"/>
      <dgm:spPr/>
    </dgm:pt>
    <dgm:pt modelId="{83B6DB58-A94A-4FFD-9C46-722EF637D332}" type="pres">
      <dgm:prSet presAssocID="{208722C2-D3A2-4BD0-94AC-82DC956DE8B1}" presName="Name35" presStyleLbl="parChTrans1D3" presStyleIdx="5" presStyleCnt="20"/>
      <dgm:spPr/>
    </dgm:pt>
    <dgm:pt modelId="{E5012755-B50A-4F0F-8CAB-688FB0F9212E}" type="pres">
      <dgm:prSet presAssocID="{AB7D120A-0D51-4281-87E5-849E1F902174}" presName="hierRoot2" presStyleCnt="0">
        <dgm:presLayoutVars>
          <dgm:hierBranch/>
        </dgm:presLayoutVars>
      </dgm:prSet>
      <dgm:spPr/>
    </dgm:pt>
    <dgm:pt modelId="{2BE6C2CF-99D8-4DD4-9501-740F9D1BF81A}" type="pres">
      <dgm:prSet presAssocID="{AB7D120A-0D51-4281-87E5-849E1F902174}" presName="rootComposite" presStyleCnt="0"/>
      <dgm:spPr/>
    </dgm:pt>
    <dgm:pt modelId="{CAF4891B-F9E4-4109-B4A9-2CD842FD922B}" type="pres">
      <dgm:prSet presAssocID="{AB7D120A-0D51-4281-87E5-849E1F902174}" presName="rootText" presStyleLbl="node3" presStyleIdx="5" presStyleCnt="20">
        <dgm:presLayoutVars>
          <dgm:chPref val="3"/>
        </dgm:presLayoutVars>
      </dgm:prSet>
      <dgm:spPr/>
    </dgm:pt>
    <dgm:pt modelId="{E9D2A000-A899-4AE8-AA8B-BB59F8F3C58C}" type="pres">
      <dgm:prSet presAssocID="{AB7D120A-0D51-4281-87E5-849E1F902174}" presName="rootConnector" presStyleLbl="node3" presStyleIdx="5" presStyleCnt="20"/>
      <dgm:spPr/>
    </dgm:pt>
    <dgm:pt modelId="{E4AAB452-A445-422F-A7E4-57212B4C6312}" type="pres">
      <dgm:prSet presAssocID="{AB7D120A-0D51-4281-87E5-849E1F902174}" presName="hierChild4" presStyleCnt="0"/>
      <dgm:spPr/>
    </dgm:pt>
    <dgm:pt modelId="{13FEDDCC-8D28-4E43-8A98-EC3241A76A67}" type="pres">
      <dgm:prSet presAssocID="{AB7D120A-0D51-4281-87E5-849E1F902174}" presName="hierChild5" presStyleCnt="0"/>
      <dgm:spPr/>
    </dgm:pt>
    <dgm:pt modelId="{ECCC280C-A5BC-41AA-8B20-CA5399D8588C}" type="pres">
      <dgm:prSet presAssocID="{1093B1FA-D87D-4ED0-A024-6DD0C18A2DF3}" presName="Name35" presStyleLbl="parChTrans1D3" presStyleIdx="6" presStyleCnt="20"/>
      <dgm:spPr/>
    </dgm:pt>
    <dgm:pt modelId="{29012982-3634-44AC-B33E-BAED787E3A00}" type="pres">
      <dgm:prSet presAssocID="{D3DDDDA6-0FCA-4C43-B6FC-BD184C2A221C}" presName="hierRoot2" presStyleCnt="0">
        <dgm:presLayoutVars>
          <dgm:hierBranch/>
        </dgm:presLayoutVars>
      </dgm:prSet>
      <dgm:spPr/>
    </dgm:pt>
    <dgm:pt modelId="{F06E440F-8102-48EE-9C8C-DB332FBBD707}" type="pres">
      <dgm:prSet presAssocID="{D3DDDDA6-0FCA-4C43-B6FC-BD184C2A221C}" presName="rootComposite" presStyleCnt="0"/>
      <dgm:spPr/>
    </dgm:pt>
    <dgm:pt modelId="{B29C839D-375F-4D80-8C20-BFFA8B6899D1}" type="pres">
      <dgm:prSet presAssocID="{D3DDDDA6-0FCA-4C43-B6FC-BD184C2A221C}" presName="rootText" presStyleLbl="node3" presStyleIdx="6" presStyleCnt="20">
        <dgm:presLayoutVars>
          <dgm:chPref val="3"/>
        </dgm:presLayoutVars>
      </dgm:prSet>
      <dgm:spPr/>
    </dgm:pt>
    <dgm:pt modelId="{D37F0DB4-6AFA-4A35-8D0D-C571A2929416}" type="pres">
      <dgm:prSet presAssocID="{D3DDDDA6-0FCA-4C43-B6FC-BD184C2A221C}" presName="rootConnector" presStyleLbl="node3" presStyleIdx="6" presStyleCnt="20"/>
      <dgm:spPr/>
    </dgm:pt>
    <dgm:pt modelId="{3EA9065E-B40F-4AB8-97AE-C4C642EC2FB7}" type="pres">
      <dgm:prSet presAssocID="{D3DDDDA6-0FCA-4C43-B6FC-BD184C2A221C}" presName="hierChild4" presStyleCnt="0"/>
      <dgm:spPr/>
    </dgm:pt>
    <dgm:pt modelId="{A3541C53-C22B-4279-98BC-4DDDA714A416}" type="pres">
      <dgm:prSet presAssocID="{D3DDDDA6-0FCA-4C43-B6FC-BD184C2A221C}" presName="hierChild5" presStyleCnt="0"/>
      <dgm:spPr/>
    </dgm:pt>
    <dgm:pt modelId="{6D343B82-6C93-4DC2-8ACB-D83ACCAB99F1}" type="pres">
      <dgm:prSet presAssocID="{943ED67C-D3E9-4924-B94A-AE9076B777B4}" presName="Name35" presStyleLbl="parChTrans1D3" presStyleIdx="7" presStyleCnt="20"/>
      <dgm:spPr/>
    </dgm:pt>
    <dgm:pt modelId="{4A64C7D5-AC0A-4AAB-9EA2-B9A2AED1FE14}" type="pres">
      <dgm:prSet presAssocID="{96DBB3F5-A27B-4AB9-9AD2-530FE5BAD776}" presName="hierRoot2" presStyleCnt="0">
        <dgm:presLayoutVars>
          <dgm:hierBranch/>
        </dgm:presLayoutVars>
      </dgm:prSet>
      <dgm:spPr/>
    </dgm:pt>
    <dgm:pt modelId="{814CF6EA-175E-42F0-95AC-BE6B53224D10}" type="pres">
      <dgm:prSet presAssocID="{96DBB3F5-A27B-4AB9-9AD2-530FE5BAD776}" presName="rootComposite" presStyleCnt="0"/>
      <dgm:spPr/>
    </dgm:pt>
    <dgm:pt modelId="{53BA9DC4-8A37-4A3A-9A88-18CA2FD131B1}" type="pres">
      <dgm:prSet presAssocID="{96DBB3F5-A27B-4AB9-9AD2-530FE5BAD776}" presName="rootText" presStyleLbl="node3" presStyleIdx="7" presStyleCnt="20">
        <dgm:presLayoutVars>
          <dgm:chPref val="3"/>
        </dgm:presLayoutVars>
      </dgm:prSet>
      <dgm:spPr/>
    </dgm:pt>
    <dgm:pt modelId="{A6293EC5-C039-421F-9921-E7F55BA91D1E}" type="pres">
      <dgm:prSet presAssocID="{96DBB3F5-A27B-4AB9-9AD2-530FE5BAD776}" presName="rootConnector" presStyleLbl="node3" presStyleIdx="7" presStyleCnt="20"/>
      <dgm:spPr/>
    </dgm:pt>
    <dgm:pt modelId="{0779D794-1C2B-4928-BE90-489C3ECA35FE}" type="pres">
      <dgm:prSet presAssocID="{96DBB3F5-A27B-4AB9-9AD2-530FE5BAD776}" presName="hierChild4" presStyleCnt="0"/>
      <dgm:spPr/>
    </dgm:pt>
    <dgm:pt modelId="{25DA2BBE-F5CD-4C7E-860E-70CEAD2CF8F9}" type="pres">
      <dgm:prSet presAssocID="{96DBB3F5-A27B-4AB9-9AD2-530FE5BAD776}" presName="hierChild5" presStyleCnt="0"/>
      <dgm:spPr/>
    </dgm:pt>
    <dgm:pt modelId="{DFDF1601-0CD7-44B8-A4DD-9EF1D395D4D8}" type="pres">
      <dgm:prSet presAssocID="{19101E16-9DED-4604-A072-4FD3EAAC9A98}" presName="Name35" presStyleLbl="parChTrans1D2" presStyleIdx="2" presStyleCnt="6"/>
      <dgm:spPr/>
    </dgm:pt>
    <dgm:pt modelId="{593C7F8E-205F-4A97-BE38-F4A0E30A2351}" type="pres">
      <dgm:prSet presAssocID="{F745288E-7664-4007-B661-4053915F85A2}" presName="hierRoot2" presStyleCnt="0">
        <dgm:presLayoutVars>
          <dgm:hierBranch val="hang"/>
        </dgm:presLayoutVars>
      </dgm:prSet>
      <dgm:spPr/>
    </dgm:pt>
    <dgm:pt modelId="{079079C1-AC9C-470E-996C-97ADE9C25069}" type="pres">
      <dgm:prSet presAssocID="{F745288E-7664-4007-B661-4053915F85A2}" presName="rootComposite" presStyleCnt="0"/>
      <dgm:spPr/>
    </dgm:pt>
    <dgm:pt modelId="{C285351A-AA52-4ED6-B5B9-E8926FE83CB2}" type="pres">
      <dgm:prSet presAssocID="{F745288E-7664-4007-B661-4053915F85A2}" presName="rootText" presStyleLbl="node2" presStyleIdx="2" presStyleCnt="6">
        <dgm:presLayoutVars>
          <dgm:chPref val="3"/>
        </dgm:presLayoutVars>
      </dgm:prSet>
      <dgm:spPr/>
    </dgm:pt>
    <dgm:pt modelId="{A0D1C1B9-557F-4140-96E0-720C0B5301B5}" type="pres">
      <dgm:prSet presAssocID="{F745288E-7664-4007-B661-4053915F85A2}" presName="rootConnector" presStyleLbl="node2" presStyleIdx="2" presStyleCnt="6"/>
      <dgm:spPr/>
    </dgm:pt>
    <dgm:pt modelId="{A15BC4DC-CD7A-4E48-9BC8-21A8E9B23CE2}" type="pres">
      <dgm:prSet presAssocID="{F745288E-7664-4007-B661-4053915F85A2}" presName="hierChild4" presStyleCnt="0"/>
      <dgm:spPr/>
    </dgm:pt>
    <dgm:pt modelId="{723C5A8C-6F1F-426B-89A1-4361B6A07DC1}" type="pres">
      <dgm:prSet presAssocID="{F745288E-7664-4007-B661-4053915F85A2}" presName="hierChild5" presStyleCnt="0"/>
      <dgm:spPr/>
    </dgm:pt>
    <dgm:pt modelId="{1559AE62-5F29-40EC-BDD6-0910DA84FD15}" type="pres">
      <dgm:prSet presAssocID="{6F902E09-4CA0-4721-A836-275C4DF118AE}" presName="Name35" presStyleLbl="parChTrans1D3" presStyleIdx="8" presStyleCnt="20"/>
      <dgm:spPr/>
    </dgm:pt>
    <dgm:pt modelId="{D70B6F09-0DEE-4206-83EE-E1F9FB813745}" type="pres">
      <dgm:prSet presAssocID="{5B4D59C3-7EDF-4C7E-96AD-E17B1572D654}" presName="hierRoot2" presStyleCnt="0">
        <dgm:presLayoutVars>
          <dgm:hierBranch/>
        </dgm:presLayoutVars>
      </dgm:prSet>
      <dgm:spPr/>
    </dgm:pt>
    <dgm:pt modelId="{350DC03F-C512-4984-900C-3D0428F2B722}" type="pres">
      <dgm:prSet presAssocID="{5B4D59C3-7EDF-4C7E-96AD-E17B1572D654}" presName="rootComposite" presStyleCnt="0"/>
      <dgm:spPr/>
    </dgm:pt>
    <dgm:pt modelId="{475DF841-E1C0-4017-8AA0-E711BE6F0847}" type="pres">
      <dgm:prSet presAssocID="{5B4D59C3-7EDF-4C7E-96AD-E17B1572D654}" presName="rootText" presStyleLbl="node3" presStyleIdx="8" presStyleCnt="20">
        <dgm:presLayoutVars>
          <dgm:chPref val="3"/>
        </dgm:presLayoutVars>
      </dgm:prSet>
      <dgm:spPr/>
    </dgm:pt>
    <dgm:pt modelId="{C2C50E92-F93D-4C41-B8C1-14E5E2D9AB57}" type="pres">
      <dgm:prSet presAssocID="{5B4D59C3-7EDF-4C7E-96AD-E17B1572D654}" presName="rootConnector" presStyleLbl="node3" presStyleIdx="8" presStyleCnt="20"/>
      <dgm:spPr/>
    </dgm:pt>
    <dgm:pt modelId="{6E2A114F-FAE6-4295-A437-7931F7327432}" type="pres">
      <dgm:prSet presAssocID="{5B4D59C3-7EDF-4C7E-96AD-E17B1572D654}" presName="hierChild4" presStyleCnt="0"/>
      <dgm:spPr/>
    </dgm:pt>
    <dgm:pt modelId="{B9E252A1-6B1B-47B8-9C49-36277642C72A}" type="pres">
      <dgm:prSet presAssocID="{5B4D59C3-7EDF-4C7E-96AD-E17B1572D654}" presName="hierChild5" presStyleCnt="0"/>
      <dgm:spPr/>
    </dgm:pt>
    <dgm:pt modelId="{B0F31933-7BC9-49B6-BA83-B94D7256CC3A}" type="pres">
      <dgm:prSet presAssocID="{E2BFB813-BFD6-488A-A790-0F8B00FA72D7}" presName="Name35" presStyleLbl="parChTrans1D3" presStyleIdx="9" presStyleCnt="20"/>
      <dgm:spPr/>
    </dgm:pt>
    <dgm:pt modelId="{32E9ACC9-C8CF-4EE3-A3BB-1F7595EAD12B}" type="pres">
      <dgm:prSet presAssocID="{604B7B22-C4EC-48A5-9B6D-09D3A5ECDFBA}" presName="hierRoot2" presStyleCnt="0">
        <dgm:presLayoutVars>
          <dgm:hierBranch/>
        </dgm:presLayoutVars>
      </dgm:prSet>
      <dgm:spPr/>
    </dgm:pt>
    <dgm:pt modelId="{C2E603BD-44DB-4828-B905-702D53B124F0}" type="pres">
      <dgm:prSet presAssocID="{604B7B22-C4EC-48A5-9B6D-09D3A5ECDFBA}" presName="rootComposite" presStyleCnt="0"/>
      <dgm:spPr/>
    </dgm:pt>
    <dgm:pt modelId="{7DDAAB48-E515-4720-B382-80F8EA8C5667}" type="pres">
      <dgm:prSet presAssocID="{604B7B22-C4EC-48A5-9B6D-09D3A5ECDFBA}" presName="rootText" presStyleLbl="node3" presStyleIdx="9" presStyleCnt="20">
        <dgm:presLayoutVars>
          <dgm:chPref val="3"/>
        </dgm:presLayoutVars>
      </dgm:prSet>
      <dgm:spPr/>
    </dgm:pt>
    <dgm:pt modelId="{338B39C1-B7A7-4E32-ACF8-E7F0348EACB3}" type="pres">
      <dgm:prSet presAssocID="{604B7B22-C4EC-48A5-9B6D-09D3A5ECDFBA}" presName="rootConnector" presStyleLbl="node3" presStyleIdx="9" presStyleCnt="20"/>
      <dgm:spPr/>
    </dgm:pt>
    <dgm:pt modelId="{549F18A6-E0EF-439A-9FC9-7C15E05E707F}" type="pres">
      <dgm:prSet presAssocID="{604B7B22-C4EC-48A5-9B6D-09D3A5ECDFBA}" presName="hierChild4" presStyleCnt="0"/>
      <dgm:spPr/>
    </dgm:pt>
    <dgm:pt modelId="{951230E6-EB42-40FE-AAB8-64DDA0E27D0C}" type="pres">
      <dgm:prSet presAssocID="{604B7B22-C4EC-48A5-9B6D-09D3A5ECDFBA}" presName="hierChild5" presStyleCnt="0"/>
      <dgm:spPr/>
    </dgm:pt>
    <dgm:pt modelId="{85F9F9D2-417E-4AB6-9014-48E2EBE77576}" type="pres">
      <dgm:prSet presAssocID="{8A8842CF-59E5-4328-B9CB-5B470CB6D527}" presName="Name35" presStyleLbl="parChTrans1D3" presStyleIdx="10" presStyleCnt="20"/>
      <dgm:spPr/>
    </dgm:pt>
    <dgm:pt modelId="{1A2207D2-8F0A-4960-9198-0E48D5BFAA16}" type="pres">
      <dgm:prSet presAssocID="{A2F3F1B5-9E64-4C01-ABB2-262ADDCAD0E8}" presName="hierRoot2" presStyleCnt="0">
        <dgm:presLayoutVars>
          <dgm:hierBranch/>
        </dgm:presLayoutVars>
      </dgm:prSet>
      <dgm:spPr/>
    </dgm:pt>
    <dgm:pt modelId="{6AC40253-74B6-4F5A-8DEA-015E6008077B}" type="pres">
      <dgm:prSet presAssocID="{A2F3F1B5-9E64-4C01-ABB2-262ADDCAD0E8}" presName="rootComposite" presStyleCnt="0"/>
      <dgm:spPr/>
    </dgm:pt>
    <dgm:pt modelId="{6331BAE9-EE81-426C-BC33-C3E007A3DE13}" type="pres">
      <dgm:prSet presAssocID="{A2F3F1B5-9E64-4C01-ABB2-262ADDCAD0E8}" presName="rootText" presStyleLbl="node3" presStyleIdx="10" presStyleCnt="20">
        <dgm:presLayoutVars>
          <dgm:chPref val="3"/>
        </dgm:presLayoutVars>
      </dgm:prSet>
      <dgm:spPr/>
    </dgm:pt>
    <dgm:pt modelId="{B686CE28-13FE-46DA-B6FD-C1DC6701581D}" type="pres">
      <dgm:prSet presAssocID="{A2F3F1B5-9E64-4C01-ABB2-262ADDCAD0E8}" presName="rootConnector" presStyleLbl="node3" presStyleIdx="10" presStyleCnt="20"/>
      <dgm:spPr/>
    </dgm:pt>
    <dgm:pt modelId="{F200475F-4504-440B-AAE4-80815E5AA8A8}" type="pres">
      <dgm:prSet presAssocID="{A2F3F1B5-9E64-4C01-ABB2-262ADDCAD0E8}" presName="hierChild4" presStyleCnt="0"/>
      <dgm:spPr/>
    </dgm:pt>
    <dgm:pt modelId="{FB0EE3A9-BF71-4A33-8378-299B8BA05127}" type="pres">
      <dgm:prSet presAssocID="{A2F3F1B5-9E64-4C01-ABB2-262ADDCAD0E8}" presName="hierChild5" presStyleCnt="0"/>
      <dgm:spPr/>
    </dgm:pt>
    <dgm:pt modelId="{F9F253F4-0CB6-4065-87E6-2BA59A392A55}" type="pres">
      <dgm:prSet presAssocID="{F89875C7-8D1A-4B26-A9CC-44D32E840B8D}" presName="Name35" presStyleLbl="parChTrans1D3" presStyleIdx="11" presStyleCnt="20"/>
      <dgm:spPr/>
    </dgm:pt>
    <dgm:pt modelId="{3DCC1143-B194-49A4-AF73-8EDFE439E937}" type="pres">
      <dgm:prSet presAssocID="{F9C5B810-731E-446F-9DDD-37104C6E7290}" presName="hierRoot2" presStyleCnt="0">
        <dgm:presLayoutVars>
          <dgm:hierBranch/>
        </dgm:presLayoutVars>
      </dgm:prSet>
      <dgm:spPr/>
    </dgm:pt>
    <dgm:pt modelId="{6922B02B-B5E7-48EB-9B36-C3B09781D43D}" type="pres">
      <dgm:prSet presAssocID="{F9C5B810-731E-446F-9DDD-37104C6E7290}" presName="rootComposite" presStyleCnt="0"/>
      <dgm:spPr/>
    </dgm:pt>
    <dgm:pt modelId="{E3AA8365-D98E-4312-A598-0BE6BB77D340}" type="pres">
      <dgm:prSet presAssocID="{F9C5B810-731E-446F-9DDD-37104C6E7290}" presName="rootText" presStyleLbl="node3" presStyleIdx="11" presStyleCnt="20">
        <dgm:presLayoutVars>
          <dgm:chPref val="3"/>
        </dgm:presLayoutVars>
      </dgm:prSet>
      <dgm:spPr/>
    </dgm:pt>
    <dgm:pt modelId="{181311A0-2731-45DD-85C6-5ED6A95F1897}" type="pres">
      <dgm:prSet presAssocID="{F9C5B810-731E-446F-9DDD-37104C6E7290}" presName="rootConnector" presStyleLbl="node3" presStyleIdx="11" presStyleCnt="20"/>
      <dgm:spPr/>
    </dgm:pt>
    <dgm:pt modelId="{03F534A9-2C81-4AAF-B7B0-F2D3A6F5D88C}" type="pres">
      <dgm:prSet presAssocID="{F9C5B810-731E-446F-9DDD-37104C6E7290}" presName="hierChild4" presStyleCnt="0"/>
      <dgm:spPr/>
    </dgm:pt>
    <dgm:pt modelId="{D7C6506A-8A48-4325-A227-DB6C1B78C362}" type="pres">
      <dgm:prSet presAssocID="{F9C5B810-731E-446F-9DDD-37104C6E7290}" presName="hierChild5" presStyleCnt="0"/>
      <dgm:spPr/>
    </dgm:pt>
    <dgm:pt modelId="{482C1810-7838-480C-AB4C-6DF4DE372724}" type="pres">
      <dgm:prSet presAssocID="{DA7455BB-A047-4FFA-A88A-04847B11646F}" presName="Name35" presStyleLbl="parChTrans1D2" presStyleIdx="3" presStyleCnt="6"/>
      <dgm:spPr/>
    </dgm:pt>
    <dgm:pt modelId="{7719C38D-1CC7-4FF4-A8E4-1631EFB6FE08}" type="pres">
      <dgm:prSet presAssocID="{E3D67C85-AEFD-44FB-92F9-4873D43234DD}" presName="hierRoot2" presStyleCnt="0">
        <dgm:presLayoutVars>
          <dgm:hierBranch val="hang"/>
        </dgm:presLayoutVars>
      </dgm:prSet>
      <dgm:spPr/>
    </dgm:pt>
    <dgm:pt modelId="{F60E66BD-10D5-4899-9575-392E3571BE23}" type="pres">
      <dgm:prSet presAssocID="{E3D67C85-AEFD-44FB-92F9-4873D43234DD}" presName="rootComposite" presStyleCnt="0"/>
      <dgm:spPr/>
    </dgm:pt>
    <dgm:pt modelId="{71B9B79F-B6D2-4C96-9715-B7AD9FC9E303}" type="pres">
      <dgm:prSet presAssocID="{E3D67C85-AEFD-44FB-92F9-4873D43234DD}" presName="rootText" presStyleLbl="node2" presStyleIdx="3" presStyleCnt="6">
        <dgm:presLayoutVars>
          <dgm:chPref val="3"/>
        </dgm:presLayoutVars>
      </dgm:prSet>
      <dgm:spPr/>
    </dgm:pt>
    <dgm:pt modelId="{7BD216E7-B33E-4634-8084-76DF238A1A29}" type="pres">
      <dgm:prSet presAssocID="{E3D67C85-AEFD-44FB-92F9-4873D43234DD}" presName="rootConnector" presStyleLbl="node2" presStyleIdx="3" presStyleCnt="6"/>
      <dgm:spPr/>
    </dgm:pt>
    <dgm:pt modelId="{91072DB4-F322-4B25-A362-7AA3A685E07E}" type="pres">
      <dgm:prSet presAssocID="{E3D67C85-AEFD-44FB-92F9-4873D43234DD}" presName="hierChild4" presStyleCnt="0"/>
      <dgm:spPr/>
    </dgm:pt>
    <dgm:pt modelId="{C1359A27-EA95-4ADD-95B5-4BCB27C600FF}" type="pres">
      <dgm:prSet presAssocID="{E3D67C85-AEFD-44FB-92F9-4873D43234DD}" presName="hierChild5" presStyleCnt="0"/>
      <dgm:spPr/>
    </dgm:pt>
    <dgm:pt modelId="{9B1FB452-BEB2-4895-98D0-2759FB21E2A8}" type="pres">
      <dgm:prSet presAssocID="{338D9591-FB45-462E-A3AF-25856D28154A}" presName="Name35" presStyleLbl="parChTrans1D3" presStyleIdx="12" presStyleCnt="20"/>
      <dgm:spPr/>
    </dgm:pt>
    <dgm:pt modelId="{50A9A4EF-E392-41A3-8790-E920AC1BC1D4}" type="pres">
      <dgm:prSet presAssocID="{9D34BA91-6077-4148-A723-A4779D8DA534}" presName="hierRoot2" presStyleCnt="0">
        <dgm:presLayoutVars>
          <dgm:hierBranch/>
        </dgm:presLayoutVars>
      </dgm:prSet>
      <dgm:spPr/>
    </dgm:pt>
    <dgm:pt modelId="{28A528CB-F8A5-4910-9E21-03BFE234B7BA}" type="pres">
      <dgm:prSet presAssocID="{9D34BA91-6077-4148-A723-A4779D8DA534}" presName="rootComposite" presStyleCnt="0"/>
      <dgm:spPr/>
    </dgm:pt>
    <dgm:pt modelId="{328CE39A-9950-4372-9C0C-512690A97CE8}" type="pres">
      <dgm:prSet presAssocID="{9D34BA91-6077-4148-A723-A4779D8DA534}" presName="rootText" presStyleLbl="node3" presStyleIdx="12" presStyleCnt="20">
        <dgm:presLayoutVars>
          <dgm:chPref val="3"/>
        </dgm:presLayoutVars>
      </dgm:prSet>
      <dgm:spPr/>
    </dgm:pt>
    <dgm:pt modelId="{7F202B9D-4A17-4201-A677-8DAF4B42EFE4}" type="pres">
      <dgm:prSet presAssocID="{9D34BA91-6077-4148-A723-A4779D8DA534}" presName="rootConnector" presStyleLbl="node3" presStyleIdx="12" presStyleCnt="20"/>
      <dgm:spPr/>
    </dgm:pt>
    <dgm:pt modelId="{7AF043B9-3607-461D-849E-2928116B3DC2}" type="pres">
      <dgm:prSet presAssocID="{9D34BA91-6077-4148-A723-A4779D8DA534}" presName="hierChild4" presStyleCnt="0"/>
      <dgm:spPr/>
    </dgm:pt>
    <dgm:pt modelId="{16595017-C237-43B9-8AEC-3DE0D51E7C13}" type="pres">
      <dgm:prSet presAssocID="{9D34BA91-6077-4148-A723-A4779D8DA534}" presName="hierChild5" presStyleCnt="0"/>
      <dgm:spPr/>
    </dgm:pt>
    <dgm:pt modelId="{763D9759-A5FC-4566-9E12-251A529870EB}" type="pres">
      <dgm:prSet presAssocID="{AF18B50B-C9B5-4731-A016-155C9ED67AE5}" presName="Name35" presStyleLbl="parChTrans1D3" presStyleIdx="13" presStyleCnt="20"/>
      <dgm:spPr/>
    </dgm:pt>
    <dgm:pt modelId="{C32DB249-002B-4F68-AE25-8A0C52C2B587}" type="pres">
      <dgm:prSet presAssocID="{6567266B-4B49-4A48-B623-752F2CB1733B}" presName="hierRoot2" presStyleCnt="0">
        <dgm:presLayoutVars>
          <dgm:hierBranch/>
        </dgm:presLayoutVars>
      </dgm:prSet>
      <dgm:spPr/>
    </dgm:pt>
    <dgm:pt modelId="{8A4E95F1-E108-40B0-8674-9762AD979986}" type="pres">
      <dgm:prSet presAssocID="{6567266B-4B49-4A48-B623-752F2CB1733B}" presName="rootComposite" presStyleCnt="0"/>
      <dgm:spPr/>
    </dgm:pt>
    <dgm:pt modelId="{DE400375-9C98-4F46-8175-AE597FA91088}" type="pres">
      <dgm:prSet presAssocID="{6567266B-4B49-4A48-B623-752F2CB1733B}" presName="rootText" presStyleLbl="node3" presStyleIdx="13" presStyleCnt="20">
        <dgm:presLayoutVars>
          <dgm:chPref val="3"/>
        </dgm:presLayoutVars>
      </dgm:prSet>
      <dgm:spPr/>
    </dgm:pt>
    <dgm:pt modelId="{DA6F5437-9D57-4EED-BCA0-1A62A2009BEF}" type="pres">
      <dgm:prSet presAssocID="{6567266B-4B49-4A48-B623-752F2CB1733B}" presName="rootConnector" presStyleLbl="node3" presStyleIdx="13" presStyleCnt="20"/>
      <dgm:spPr/>
    </dgm:pt>
    <dgm:pt modelId="{3236B069-07BD-4813-ABA4-15C09FC65E3C}" type="pres">
      <dgm:prSet presAssocID="{6567266B-4B49-4A48-B623-752F2CB1733B}" presName="hierChild4" presStyleCnt="0"/>
      <dgm:spPr/>
    </dgm:pt>
    <dgm:pt modelId="{CEAAF13D-1519-4545-AAFD-AFEF1E164281}" type="pres">
      <dgm:prSet presAssocID="{6567266B-4B49-4A48-B623-752F2CB1733B}" presName="hierChild5" presStyleCnt="0"/>
      <dgm:spPr/>
    </dgm:pt>
    <dgm:pt modelId="{C03E0C8F-1C6C-465E-884E-F233BABD35A0}" type="pres">
      <dgm:prSet presAssocID="{F07DE006-D7C9-4775-B2BF-B75FF6CFC834}" presName="Name35" presStyleLbl="parChTrans1D3" presStyleIdx="14" presStyleCnt="20"/>
      <dgm:spPr/>
    </dgm:pt>
    <dgm:pt modelId="{3BD36BFC-DFFC-4658-B428-694A709C686C}" type="pres">
      <dgm:prSet presAssocID="{B78A72E0-B407-4B38-BF50-7ED55C8B1D40}" presName="hierRoot2" presStyleCnt="0">
        <dgm:presLayoutVars>
          <dgm:hierBranch/>
        </dgm:presLayoutVars>
      </dgm:prSet>
      <dgm:spPr/>
    </dgm:pt>
    <dgm:pt modelId="{6D1C99A5-C39E-4C3C-AC18-542611B70279}" type="pres">
      <dgm:prSet presAssocID="{B78A72E0-B407-4B38-BF50-7ED55C8B1D40}" presName="rootComposite" presStyleCnt="0"/>
      <dgm:spPr/>
    </dgm:pt>
    <dgm:pt modelId="{6E48FFDC-5854-48EB-9CB0-B7F6338EF609}" type="pres">
      <dgm:prSet presAssocID="{B78A72E0-B407-4B38-BF50-7ED55C8B1D40}" presName="rootText" presStyleLbl="node3" presStyleIdx="14" presStyleCnt="20">
        <dgm:presLayoutVars>
          <dgm:chPref val="3"/>
        </dgm:presLayoutVars>
      </dgm:prSet>
      <dgm:spPr/>
    </dgm:pt>
    <dgm:pt modelId="{6EA64444-2E24-4989-A0A0-15C4E4AD0177}" type="pres">
      <dgm:prSet presAssocID="{B78A72E0-B407-4B38-BF50-7ED55C8B1D40}" presName="rootConnector" presStyleLbl="node3" presStyleIdx="14" presStyleCnt="20"/>
      <dgm:spPr/>
    </dgm:pt>
    <dgm:pt modelId="{A3EB050C-0E2A-4037-A54D-06F4D51DF2F9}" type="pres">
      <dgm:prSet presAssocID="{B78A72E0-B407-4B38-BF50-7ED55C8B1D40}" presName="hierChild4" presStyleCnt="0"/>
      <dgm:spPr/>
    </dgm:pt>
    <dgm:pt modelId="{79E3BA54-E4E7-4F92-AA47-9C127AAB967A}" type="pres">
      <dgm:prSet presAssocID="{B78A72E0-B407-4B38-BF50-7ED55C8B1D40}" presName="hierChild5" presStyleCnt="0"/>
      <dgm:spPr/>
    </dgm:pt>
    <dgm:pt modelId="{7CCAEF4D-F97C-4FF0-AB56-FBC64C7835C9}" type="pres">
      <dgm:prSet presAssocID="{951FE0CC-19A1-434F-9BCA-9613033B0250}" presName="Name35" presStyleLbl="parChTrans1D2" presStyleIdx="4" presStyleCnt="6"/>
      <dgm:spPr/>
    </dgm:pt>
    <dgm:pt modelId="{CE259DE3-D46D-44BB-8FA1-785CC5368D57}" type="pres">
      <dgm:prSet presAssocID="{01CAF444-62A1-4ADA-9F37-99A30526010D}" presName="hierRoot2" presStyleCnt="0">
        <dgm:presLayoutVars>
          <dgm:hierBranch val="hang"/>
        </dgm:presLayoutVars>
      </dgm:prSet>
      <dgm:spPr/>
    </dgm:pt>
    <dgm:pt modelId="{9936CF3E-0EEF-48ED-84E1-DE2A2079397D}" type="pres">
      <dgm:prSet presAssocID="{01CAF444-62A1-4ADA-9F37-99A30526010D}" presName="rootComposite" presStyleCnt="0"/>
      <dgm:spPr/>
    </dgm:pt>
    <dgm:pt modelId="{6D99441E-B8A4-4300-8AE0-2327C9087271}" type="pres">
      <dgm:prSet presAssocID="{01CAF444-62A1-4ADA-9F37-99A30526010D}" presName="rootText" presStyleLbl="node2" presStyleIdx="4" presStyleCnt="6">
        <dgm:presLayoutVars>
          <dgm:chPref val="3"/>
        </dgm:presLayoutVars>
      </dgm:prSet>
      <dgm:spPr/>
    </dgm:pt>
    <dgm:pt modelId="{2859774A-74C8-4F50-9293-6C1369AFADDB}" type="pres">
      <dgm:prSet presAssocID="{01CAF444-62A1-4ADA-9F37-99A30526010D}" presName="rootConnector" presStyleLbl="node2" presStyleIdx="4" presStyleCnt="6"/>
      <dgm:spPr/>
    </dgm:pt>
    <dgm:pt modelId="{E9B43F22-46CD-41FA-8E74-6905CB573EEC}" type="pres">
      <dgm:prSet presAssocID="{01CAF444-62A1-4ADA-9F37-99A30526010D}" presName="hierChild4" presStyleCnt="0"/>
      <dgm:spPr/>
    </dgm:pt>
    <dgm:pt modelId="{B964B2BE-5C3C-47ED-80B7-EA2D91702C14}" type="pres">
      <dgm:prSet presAssocID="{01CAF444-62A1-4ADA-9F37-99A30526010D}" presName="hierChild5" presStyleCnt="0"/>
      <dgm:spPr/>
    </dgm:pt>
    <dgm:pt modelId="{35A62A22-604A-4A9A-9F3F-D7D286E75A3B}" type="pres">
      <dgm:prSet presAssocID="{0852A851-673E-41DB-A34B-E57C3D8C7025}" presName="Name35" presStyleLbl="parChTrans1D3" presStyleIdx="15" presStyleCnt="20"/>
      <dgm:spPr/>
    </dgm:pt>
    <dgm:pt modelId="{5D9EDDA2-6A06-4067-8ED6-A6423675D87E}" type="pres">
      <dgm:prSet presAssocID="{BD445D2E-8B31-45EE-A568-00E686F686B6}" presName="hierRoot2" presStyleCnt="0">
        <dgm:presLayoutVars>
          <dgm:hierBranch/>
        </dgm:presLayoutVars>
      </dgm:prSet>
      <dgm:spPr/>
    </dgm:pt>
    <dgm:pt modelId="{6EBFB6A1-AA98-4C11-B7D6-495FEF8D61F3}" type="pres">
      <dgm:prSet presAssocID="{BD445D2E-8B31-45EE-A568-00E686F686B6}" presName="rootComposite" presStyleCnt="0"/>
      <dgm:spPr/>
    </dgm:pt>
    <dgm:pt modelId="{DD33A4FE-7593-4B51-A899-C12CEDA51025}" type="pres">
      <dgm:prSet presAssocID="{BD445D2E-8B31-45EE-A568-00E686F686B6}" presName="rootText" presStyleLbl="node3" presStyleIdx="15" presStyleCnt="20">
        <dgm:presLayoutVars>
          <dgm:chPref val="3"/>
        </dgm:presLayoutVars>
      </dgm:prSet>
      <dgm:spPr/>
    </dgm:pt>
    <dgm:pt modelId="{1DE69010-50F3-47EF-9C95-43A98DACE8C2}" type="pres">
      <dgm:prSet presAssocID="{BD445D2E-8B31-45EE-A568-00E686F686B6}" presName="rootConnector" presStyleLbl="node3" presStyleIdx="15" presStyleCnt="20"/>
      <dgm:spPr/>
    </dgm:pt>
    <dgm:pt modelId="{CD86CA6A-1F06-4BEA-8388-3D0580F1105D}" type="pres">
      <dgm:prSet presAssocID="{BD445D2E-8B31-45EE-A568-00E686F686B6}" presName="hierChild4" presStyleCnt="0"/>
      <dgm:spPr/>
    </dgm:pt>
    <dgm:pt modelId="{D95C5279-7723-49A5-9DF8-3565ED32C0CB}" type="pres">
      <dgm:prSet presAssocID="{BD445D2E-8B31-45EE-A568-00E686F686B6}" presName="hierChild5" presStyleCnt="0"/>
      <dgm:spPr/>
    </dgm:pt>
    <dgm:pt modelId="{17B9EE00-5333-4485-BE5A-FFEF74F2BE9F}" type="pres">
      <dgm:prSet presAssocID="{6F0BC9F3-100D-457A-A4D4-4292BC36ED98}" presName="Name35" presStyleLbl="parChTrans1D3" presStyleIdx="16" presStyleCnt="20"/>
      <dgm:spPr/>
    </dgm:pt>
    <dgm:pt modelId="{C5D23C6C-B5FF-4A8D-B582-891E19038B11}" type="pres">
      <dgm:prSet presAssocID="{CE405D7F-2217-429A-807A-22D6D701BD8F}" presName="hierRoot2" presStyleCnt="0">
        <dgm:presLayoutVars>
          <dgm:hierBranch/>
        </dgm:presLayoutVars>
      </dgm:prSet>
      <dgm:spPr/>
    </dgm:pt>
    <dgm:pt modelId="{9ED53212-5134-4780-A780-6A9FA425FD1D}" type="pres">
      <dgm:prSet presAssocID="{CE405D7F-2217-429A-807A-22D6D701BD8F}" presName="rootComposite" presStyleCnt="0"/>
      <dgm:spPr/>
    </dgm:pt>
    <dgm:pt modelId="{9BA8D51C-3982-4EF5-96DB-456C8A622266}" type="pres">
      <dgm:prSet presAssocID="{CE405D7F-2217-429A-807A-22D6D701BD8F}" presName="rootText" presStyleLbl="node3" presStyleIdx="16" presStyleCnt="20">
        <dgm:presLayoutVars>
          <dgm:chPref val="3"/>
        </dgm:presLayoutVars>
      </dgm:prSet>
      <dgm:spPr/>
    </dgm:pt>
    <dgm:pt modelId="{DEB039EA-AECC-442E-968A-B0EBC47ECE7D}" type="pres">
      <dgm:prSet presAssocID="{CE405D7F-2217-429A-807A-22D6D701BD8F}" presName="rootConnector" presStyleLbl="node3" presStyleIdx="16" presStyleCnt="20"/>
      <dgm:spPr/>
    </dgm:pt>
    <dgm:pt modelId="{CD358652-A8C1-4107-A483-8B8ED42BE443}" type="pres">
      <dgm:prSet presAssocID="{CE405D7F-2217-429A-807A-22D6D701BD8F}" presName="hierChild4" presStyleCnt="0"/>
      <dgm:spPr/>
    </dgm:pt>
    <dgm:pt modelId="{91441A18-3E53-4F71-B32C-E09FD51FA65A}" type="pres">
      <dgm:prSet presAssocID="{CE405D7F-2217-429A-807A-22D6D701BD8F}" presName="hierChild5" presStyleCnt="0"/>
      <dgm:spPr/>
    </dgm:pt>
    <dgm:pt modelId="{7F9A77AA-633F-40D3-909F-4E20B0008D9A}" type="pres">
      <dgm:prSet presAssocID="{1D785BAA-D945-42E4-876E-F9CC38619F0D}" presName="Name35" presStyleLbl="parChTrans1D2" presStyleIdx="5" presStyleCnt="6"/>
      <dgm:spPr/>
    </dgm:pt>
    <dgm:pt modelId="{A522AA36-5577-46D5-A820-8DD486A2DDBA}" type="pres">
      <dgm:prSet presAssocID="{67D1AF83-2AC5-4650-A3AE-6F57C61A4D4B}" presName="hierRoot2" presStyleCnt="0">
        <dgm:presLayoutVars>
          <dgm:hierBranch val="hang"/>
        </dgm:presLayoutVars>
      </dgm:prSet>
      <dgm:spPr/>
    </dgm:pt>
    <dgm:pt modelId="{24D058BA-FA37-40C1-BAE2-0E2B18B32DD1}" type="pres">
      <dgm:prSet presAssocID="{67D1AF83-2AC5-4650-A3AE-6F57C61A4D4B}" presName="rootComposite" presStyleCnt="0"/>
      <dgm:spPr/>
    </dgm:pt>
    <dgm:pt modelId="{07227F9C-02BF-40B3-8C03-900C596A6591}" type="pres">
      <dgm:prSet presAssocID="{67D1AF83-2AC5-4650-A3AE-6F57C61A4D4B}" presName="rootText" presStyleLbl="node2" presStyleIdx="5" presStyleCnt="6">
        <dgm:presLayoutVars>
          <dgm:chPref val="3"/>
        </dgm:presLayoutVars>
      </dgm:prSet>
      <dgm:spPr/>
    </dgm:pt>
    <dgm:pt modelId="{9C358027-1E62-4CEB-B049-7989BBD33D57}" type="pres">
      <dgm:prSet presAssocID="{67D1AF83-2AC5-4650-A3AE-6F57C61A4D4B}" presName="rootConnector" presStyleLbl="node2" presStyleIdx="5" presStyleCnt="6"/>
      <dgm:spPr/>
    </dgm:pt>
    <dgm:pt modelId="{B1F33BA5-664C-428E-ACF4-FB871B631343}" type="pres">
      <dgm:prSet presAssocID="{67D1AF83-2AC5-4650-A3AE-6F57C61A4D4B}" presName="hierChild4" presStyleCnt="0"/>
      <dgm:spPr/>
    </dgm:pt>
    <dgm:pt modelId="{74C57AED-5C78-4D9D-BDF3-28C9CC2683C9}" type="pres">
      <dgm:prSet presAssocID="{67D1AF83-2AC5-4650-A3AE-6F57C61A4D4B}" presName="hierChild5" presStyleCnt="0"/>
      <dgm:spPr/>
    </dgm:pt>
    <dgm:pt modelId="{329E10A7-1C6D-4ECB-8535-1D15BA580F0F}" type="pres">
      <dgm:prSet presAssocID="{605AF1BB-0106-45D7-96CF-075C7D9EDA59}" presName="Name35" presStyleLbl="parChTrans1D3" presStyleIdx="17" presStyleCnt="20"/>
      <dgm:spPr/>
    </dgm:pt>
    <dgm:pt modelId="{B22751EB-1F69-45B1-9561-991FC5E76CC3}" type="pres">
      <dgm:prSet presAssocID="{A5398D2D-5CDE-4074-8C7B-285EC32A299B}" presName="hierRoot2" presStyleCnt="0">
        <dgm:presLayoutVars>
          <dgm:hierBranch/>
        </dgm:presLayoutVars>
      </dgm:prSet>
      <dgm:spPr/>
    </dgm:pt>
    <dgm:pt modelId="{5F4C7A80-CF11-4475-9F64-28715D7EAF76}" type="pres">
      <dgm:prSet presAssocID="{A5398D2D-5CDE-4074-8C7B-285EC32A299B}" presName="rootComposite" presStyleCnt="0"/>
      <dgm:spPr/>
    </dgm:pt>
    <dgm:pt modelId="{974849C3-6BC9-4F4B-9635-BFDFCD526EDD}" type="pres">
      <dgm:prSet presAssocID="{A5398D2D-5CDE-4074-8C7B-285EC32A299B}" presName="rootText" presStyleLbl="node3" presStyleIdx="17" presStyleCnt="20">
        <dgm:presLayoutVars>
          <dgm:chPref val="3"/>
        </dgm:presLayoutVars>
      </dgm:prSet>
      <dgm:spPr/>
    </dgm:pt>
    <dgm:pt modelId="{87071B6A-07CB-4A35-BD9A-278DA95B46B4}" type="pres">
      <dgm:prSet presAssocID="{A5398D2D-5CDE-4074-8C7B-285EC32A299B}" presName="rootConnector" presStyleLbl="node3" presStyleIdx="17" presStyleCnt="20"/>
      <dgm:spPr/>
    </dgm:pt>
    <dgm:pt modelId="{0B194377-F063-4688-9088-E07AE8B52947}" type="pres">
      <dgm:prSet presAssocID="{A5398D2D-5CDE-4074-8C7B-285EC32A299B}" presName="hierChild4" presStyleCnt="0"/>
      <dgm:spPr/>
    </dgm:pt>
    <dgm:pt modelId="{B7B8D9AB-22BE-44BA-B4C8-E21DF1DBB924}" type="pres">
      <dgm:prSet presAssocID="{A5398D2D-5CDE-4074-8C7B-285EC32A299B}" presName="hierChild5" presStyleCnt="0"/>
      <dgm:spPr/>
    </dgm:pt>
    <dgm:pt modelId="{D502806D-8405-4FCC-BD93-771F55BB55AB}" type="pres">
      <dgm:prSet presAssocID="{EB90103D-DA87-4EF9-A507-2172FCE5CD9D}" presName="Name35" presStyleLbl="parChTrans1D3" presStyleIdx="18" presStyleCnt="20"/>
      <dgm:spPr/>
    </dgm:pt>
    <dgm:pt modelId="{49D453B0-2DBA-49E0-BB26-CBD48E965CD0}" type="pres">
      <dgm:prSet presAssocID="{E5357246-7D32-4AB6-87AA-8E2373143713}" presName="hierRoot2" presStyleCnt="0">
        <dgm:presLayoutVars>
          <dgm:hierBranch/>
        </dgm:presLayoutVars>
      </dgm:prSet>
      <dgm:spPr/>
    </dgm:pt>
    <dgm:pt modelId="{8BAB02BF-F204-4BB8-8592-B94D7B73514E}" type="pres">
      <dgm:prSet presAssocID="{E5357246-7D32-4AB6-87AA-8E2373143713}" presName="rootComposite" presStyleCnt="0"/>
      <dgm:spPr/>
    </dgm:pt>
    <dgm:pt modelId="{A7976D93-334C-41E3-BDC2-34BE35A39928}" type="pres">
      <dgm:prSet presAssocID="{E5357246-7D32-4AB6-87AA-8E2373143713}" presName="rootText" presStyleLbl="node3" presStyleIdx="18" presStyleCnt="20">
        <dgm:presLayoutVars>
          <dgm:chPref val="3"/>
        </dgm:presLayoutVars>
      </dgm:prSet>
      <dgm:spPr/>
    </dgm:pt>
    <dgm:pt modelId="{72DB0D89-761E-4FE6-BFEB-737AB6741D4A}" type="pres">
      <dgm:prSet presAssocID="{E5357246-7D32-4AB6-87AA-8E2373143713}" presName="rootConnector" presStyleLbl="node3" presStyleIdx="18" presStyleCnt="20"/>
      <dgm:spPr/>
    </dgm:pt>
    <dgm:pt modelId="{37C9C02E-6379-4E84-9AC5-68F2BD36868D}" type="pres">
      <dgm:prSet presAssocID="{E5357246-7D32-4AB6-87AA-8E2373143713}" presName="hierChild4" presStyleCnt="0"/>
      <dgm:spPr/>
    </dgm:pt>
    <dgm:pt modelId="{B9BF2CE6-8700-49D7-B398-ED2107B72225}" type="pres">
      <dgm:prSet presAssocID="{E5357246-7D32-4AB6-87AA-8E2373143713}" presName="hierChild5" presStyleCnt="0"/>
      <dgm:spPr/>
    </dgm:pt>
    <dgm:pt modelId="{F808221B-CB65-4AF9-B2A5-61F527005C13}" type="pres">
      <dgm:prSet presAssocID="{F7B0DF05-0D65-4E4C-AC7C-8E0A0283A9DE}" presName="Name35" presStyleLbl="parChTrans1D3" presStyleIdx="19" presStyleCnt="20"/>
      <dgm:spPr/>
    </dgm:pt>
    <dgm:pt modelId="{EF8BAC98-029A-4FA3-8AE7-1C98687D29B1}" type="pres">
      <dgm:prSet presAssocID="{B265389F-BA4E-46B1-BEA2-6B0FEFA88138}" presName="hierRoot2" presStyleCnt="0">
        <dgm:presLayoutVars>
          <dgm:hierBranch/>
        </dgm:presLayoutVars>
      </dgm:prSet>
      <dgm:spPr/>
    </dgm:pt>
    <dgm:pt modelId="{69E3137F-C620-4638-B163-107E79CC4A6F}" type="pres">
      <dgm:prSet presAssocID="{B265389F-BA4E-46B1-BEA2-6B0FEFA88138}" presName="rootComposite" presStyleCnt="0"/>
      <dgm:spPr/>
    </dgm:pt>
    <dgm:pt modelId="{32215BEB-77ED-46F8-A783-D5CA813BF2C5}" type="pres">
      <dgm:prSet presAssocID="{B265389F-BA4E-46B1-BEA2-6B0FEFA88138}" presName="rootText" presStyleLbl="node3" presStyleIdx="19" presStyleCnt="20">
        <dgm:presLayoutVars>
          <dgm:chPref val="3"/>
        </dgm:presLayoutVars>
      </dgm:prSet>
      <dgm:spPr/>
    </dgm:pt>
    <dgm:pt modelId="{4CCFA4F6-D297-4465-BDFF-2867B5706CAA}" type="pres">
      <dgm:prSet presAssocID="{B265389F-BA4E-46B1-BEA2-6B0FEFA88138}" presName="rootConnector" presStyleLbl="node3" presStyleIdx="19" presStyleCnt="20"/>
      <dgm:spPr/>
    </dgm:pt>
    <dgm:pt modelId="{C32C14DC-7302-438E-9BED-CF2005E8D675}" type="pres">
      <dgm:prSet presAssocID="{B265389F-BA4E-46B1-BEA2-6B0FEFA88138}" presName="hierChild4" presStyleCnt="0"/>
      <dgm:spPr/>
    </dgm:pt>
    <dgm:pt modelId="{DC8D9EC4-9E36-4B78-8BE7-DC505F7929EB}" type="pres">
      <dgm:prSet presAssocID="{B265389F-BA4E-46B1-BEA2-6B0FEFA88138}" presName="hierChild5" presStyleCnt="0"/>
      <dgm:spPr/>
    </dgm:pt>
  </dgm:ptLst>
  <dgm:cxnLst>
    <dgm:cxn modelId="{E3F40E53-0A12-42A0-84A6-A73800DE36EF}" srcId="{8B4A27B6-9867-49B0-8C72-CC1A80B934C7}" destId="{D3F881F4-D31E-4506-8B24-15B31AE19BF0}" srcOrd="0" destOrd="0" parTransId="{DB22A289-615E-49CF-99FF-7BEE077CDDF3}" sibTransId="{259DBDAE-FF94-455C-BF62-ADBFF9ABF428}"/>
    <dgm:cxn modelId="{104DD6AA-4D27-49BE-9DAF-51062D4817BE}" srcId="{D3F881F4-D31E-4506-8B24-15B31AE19BF0}" destId="{1213DD3F-FB2F-42D7-B68A-08E4BBFD4E02}" srcOrd="0" destOrd="0" parTransId="{E2064D73-C7A6-4B7E-BD4A-A857B47842BF}" sibTransId="{B1EA38C2-5788-4C39-A7A0-9063DD8A8A49}"/>
    <dgm:cxn modelId="{FF2D2342-0B0C-43B9-A336-FFB4E6B63FC5}" srcId="{1213DD3F-FB2F-42D7-B68A-08E4BBFD4E02}" destId="{9473DECB-7E0E-40D4-AE74-AC9100301911}" srcOrd="0" destOrd="0" parTransId="{A5ACB8EC-CDC5-499F-8258-E191C2E85994}" sibTransId="{903AD30D-CF16-4232-8545-146C737DCDD3}"/>
    <dgm:cxn modelId="{58034B03-683E-48A6-B4EF-0AA775A3E123}" srcId="{1213DD3F-FB2F-42D7-B68A-08E4BBFD4E02}" destId="{BB09E232-F1D9-413B-991D-83FE05587857}" srcOrd="1" destOrd="0" parTransId="{540C6EB4-815F-4AF4-87E1-1A6B4E6F8C9E}" sibTransId="{89E667EB-6246-4CE4-A3FC-8166A150BCAA}"/>
    <dgm:cxn modelId="{B14BC5A2-0269-408E-AB01-096A4594970A}" srcId="{1213DD3F-FB2F-42D7-B68A-08E4BBFD4E02}" destId="{D2CDCCAB-9BDD-4685-BDBE-03F566374BE8}" srcOrd="2" destOrd="0" parTransId="{CEDBCD64-008E-49B2-8892-4F1886FFC2ED}" sibTransId="{E75C37C1-A57D-496E-8378-B72F8221B8E3}"/>
    <dgm:cxn modelId="{C546C56E-6EDA-40A0-89F4-547A888DD5BA}" srcId="{D3F881F4-D31E-4506-8B24-15B31AE19BF0}" destId="{8014FCDD-0E02-4E8F-85F7-9581E7E71716}" srcOrd="1" destOrd="0" parTransId="{071C7390-1619-4F3E-8046-802338672B85}" sibTransId="{2F5CEC55-4434-4A11-A61D-F3C10FAC6A87}"/>
    <dgm:cxn modelId="{55C0091B-D71C-46EE-9318-B98705A3674A}" srcId="{8014FCDD-0E02-4E8F-85F7-9581E7E71716}" destId="{B03BA233-B4E2-417A-9CEA-6F49995C8C6F}" srcOrd="0" destOrd="0" parTransId="{A22430E8-2B7F-4750-81CF-716B01BB301C}" sibTransId="{44E23690-9538-4433-8A5E-D091CD9C61BE}"/>
    <dgm:cxn modelId="{F56587E0-D2F9-49DF-9365-4B2DA5012083}" srcId="{8014FCDD-0E02-4E8F-85F7-9581E7E71716}" destId="{F354D28E-BDE9-4F64-80DA-14F048CCD9BA}" srcOrd="1" destOrd="0" parTransId="{539A2958-AF0E-4A79-B2DF-7B8D590A5F72}" sibTransId="{8F2E3119-87E4-4926-8654-42F1005F540D}"/>
    <dgm:cxn modelId="{7BD4574A-3B98-4401-A8D3-33723EEDED14}" srcId="{8014FCDD-0E02-4E8F-85F7-9581E7E71716}" destId="{AB7D120A-0D51-4281-87E5-849E1F902174}" srcOrd="2" destOrd="0" parTransId="{208722C2-D3A2-4BD0-94AC-82DC956DE8B1}" sibTransId="{272F8E49-657E-4C3A-82EF-E1FB18416CA0}"/>
    <dgm:cxn modelId="{12ED7965-5B62-4F1F-B0EF-FF3F9D52D80B}" srcId="{8014FCDD-0E02-4E8F-85F7-9581E7E71716}" destId="{D3DDDDA6-0FCA-4C43-B6FC-BD184C2A221C}" srcOrd="3" destOrd="0" parTransId="{1093B1FA-D87D-4ED0-A024-6DD0C18A2DF3}" sibTransId="{D41D81BE-F2B1-4D92-9733-147CBC7A8D09}"/>
    <dgm:cxn modelId="{EDA64DA1-59D9-4605-9893-4A7234BD7E59}" srcId="{8014FCDD-0E02-4E8F-85F7-9581E7E71716}" destId="{96DBB3F5-A27B-4AB9-9AD2-530FE5BAD776}" srcOrd="4" destOrd="0" parTransId="{943ED67C-D3E9-4924-B94A-AE9076B777B4}" sibTransId="{3759F733-1DDD-4AAC-BBAD-6C8753F9741B}"/>
    <dgm:cxn modelId="{2495C585-EFBD-4B7E-A08B-975EF8B7D875}" srcId="{D3F881F4-D31E-4506-8B24-15B31AE19BF0}" destId="{F745288E-7664-4007-B661-4053915F85A2}" srcOrd="2" destOrd="0" parTransId="{19101E16-9DED-4604-A072-4FD3EAAC9A98}" sibTransId="{436C16C8-C682-4BE5-BDFF-4FB54DDD8D41}"/>
    <dgm:cxn modelId="{03884ED3-069B-4CEE-922C-632D680479C6}" srcId="{F745288E-7664-4007-B661-4053915F85A2}" destId="{5B4D59C3-7EDF-4C7E-96AD-E17B1572D654}" srcOrd="0" destOrd="0" parTransId="{6F902E09-4CA0-4721-A836-275C4DF118AE}" sibTransId="{F4538D7C-83ED-4265-A8B1-8C11A28A775C}"/>
    <dgm:cxn modelId="{3FD20C6F-6B9E-417C-90CD-62F687B3AE44}" srcId="{F745288E-7664-4007-B661-4053915F85A2}" destId="{604B7B22-C4EC-48A5-9B6D-09D3A5ECDFBA}" srcOrd="1" destOrd="0" parTransId="{E2BFB813-BFD6-488A-A790-0F8B00FA72D7}" sibTransId="{113F4E45-7175-4168-A6B7-59DF8C900E0E}"/>
    <dgm:cxn modelId="{098462F3-A77D-4797-A9AB-139DE23926C8}" srcId="{F745288E-7664-4007-B661-4053915F85A2}" destId="{A2F3F1B5-9E64-4C01-ABB2-262ADDCAD0E8}" srcOrd="2" destOrd="0" parTransId="{8A8842CF-59E5-4328-B9CB-5B470CB6D527}" sibTransId="{E30A938D-15A4-446E-ACD9-F37DF77A797F}"/>
    <dgm:cxn modelId="{C0FA7805-E5A6-4599-A778-1C08BCB72D45}" srcId="{F745288E-7664-4007-B661-4053915F85A2}" destId="{F9C5B810-731E-446F-9DDD-37104C6E7290}" srcOrd="3" destOrd="0" parTransId="{F89875C7-8D1A-4B26-A9CC-44D32E840B8D}" sibTransId="{A895BDD0-FB34-458B-9033-A0C860439F61}"/>
    <dgm:cxn modelId="{517002C9-FFCB-47B7-B4F0-A1FB9EDFBF0A}" srcId="{D3F881F4-D31E-4506-8B24-15B31AE19BF0}" destId="{E3D67C85-AEFD-44FB-92F9-4873D43234DD}" srcOrd="3" destOrd="0" parTransId="{DA7455BB-A047-4FFA-A88A-04847B11646F}" sibTransId="{8458DDCE-1C26-4EB7-9DC9-686EDB07F72A}"/>
    <dgm:cxn modelId="{85B7D979-1217-45ED-ADB1-BADC9CD6968F}" srcId="{E3D67C85-AEFD-44FB-92F9-4873D43234DD}" destId="{9D34BA91-6077-4148-A723-A4779D8DA534}" srcOrd="0" destOrd="0" parTransId="{338D9591-FB45-462E-A3AF-25856D28154A}" sibTransId="{3BE929B3-2D2F-4A61-AF81-12EA4888D118}"/>
    <dgm:cxn modelId="{10AAD260-BA2F-4446-AB04-1AA74C967ACC}" srcId="{E3D67C85-AEFD-44FB-92F9-4873D43234DD}" destId="{6567266B-4B49-4A48-B623-752F2CB1733B}" srcOrd="1" destOrd="0" parTransId="{AF18B50B-C9B5-4731-A016-155C9ED67AE5}" sibTransId="{571DAF63-9D7C-4609-B4B1-C37BEE1C8CAB}"/>
    <dgm:cxn modelId="{A0CD0ACF-1CF8-4AA4-9EF1-D69FBB0FE821}" srcId="{E3D67C85-AEFD-44FB-92F9-4873D43234DD}" destId="{B78A72E0-B407-4B38-BF50-7ED55C8B1D40}" srcOrd="2" destOrd="0" parTransId="{F07DE006-D7C9-4775-B2BF-B75FF6CFC834}" sibTransId="{9384E5C7-7BA9-4D89-9915-F4FA8DD4438C}"/>
    <dgm:cxn modelId="{FA42CF99-29B1-4F73-8413-0AD797272438}" srcId="{D3F881F4-D31E-4506-8B24-15B31AE19BF0}" destId="{01CAF444-62A1-4ADA-9F37-99A30526010D}" srcOrd="4" destOrd="0" parTransId="{951FE0CC-19A1-434F-9BCA-9613033B0250}" sibTransId="{4ECF92EA-CF17-4177-B35F-883C9ADA96EC}"/>
    <dgm:cxn modelId="{97EAB60F-D665-43D3-A067-12F5794423E4}" srcId="{01CAF444-62A1-4ADA-9F37-99A30526010D}" destId="{BD445D2E-8B31-45EE-A568-00E686F686B6}" srcOrd="0" destOrd="0" parTransId="{0852A851-673E-41DB-A34B-E57C3D8C7025}" sibTransId="{A1ACD5E3-7FE4-4BB9-8248-E7FD72329702}"/>
    <dgm:cxn modelId="{780C8F42-8727-42ED-97B7-6D712B91E67F}" srcId="{01CAF444-62A1-4ADA-9F37-99A30526010D}" destId="{CE405D7F-2217-429A-807A-22D6D701BD8F}" srcOrd="1" destOrd="0" parTransId="{6F0BC9F3-100D-457A-A4D4-4292BC36ED98}" sibTransId="{5B59D700-9725-4A23-8930-0D024DDCF367}"/>
    <dgm:cxn modelId="{AFDAB8F5-542A-4D49-B78D-2AD1AA99543A}" srcId="{D3F881F4-D31E-4506-8B24-15B31AE19BF0}" destId="{67D1AF83-2AC5-4650-A3AE-6F57C61A4D4B}" srcOrd="5" destOrd="0" parTransId="{1D785BAA-D945-42E4-876E-F9CC38619F0D}" sibTransId="{BC6FA0E3-9798-4531-A778-84AD20156DBF}"/>
    <dgm:cxn modelId="{4780FC04-B700-4AA7-8858-B9ECEFAAF431}" srcId="{67D1AF83-2AC5-4650-A3AE-6F57C61A4D4B}" destId="{A5398D2D-5CDE-4074-8C7B-285EC32A299B}" srcOrd="0" destOrd="0" parTransId="{605AF1BB-0106-45D7-96CF-075C7D9EDA59}" sibTransId="{DD74C905-206D-441A-BC94-53F2B11ACDAF}"/>
    <dgm:cxn modelId="{3C2E6610-DBB9-4030-BD0D-26FD95B8D21D}" srcId="{67D1AF83-2AC5-4650-A3AE-6F57C61A4D4B}" destId="{E5357246-7D32-4AB6-87AA-8E2373143713}" srcOrd="1" destOrd="0" parTransId="{EB90103D-DA87-4EF9-A507-2172FCE5CD9D}" sibTransId="{69190465-7DF4-4E75-B6ED-3F35C929A96A}"/>
    <dgm:cxn modelId="{64AB28FD-2700-4923-B06D-E52F452745F7}" srcId="{67D1AF83-2AC5-4650-A3AE-6F57C61A4D4B}" destId="{B265389F-BA4E-46B1-BEA2-6B0FEFA88138}" srcOrd="2" destOrd="0" parTransId="{F7B0DF05-0D65-4E4C-AC7C-8E0A0283A9DE}" sibTransId="{D0F8D931-E280-49F3-8551-D89270868667}"/>
    <dgm:cxn modelId="{70877342-D93F-4C5A-B2A7-EB76C1B3BBC1}" type="presOf" srcId="{8B4A27B6-9867-49B0-8C72-CC1A80B934C7}" destId="{0BC5B2A8-630A-4E80-8A1C-645D24EC7492}" srcOrd="0" destOrd="0" presId="urn:microsoft.com/office/officeart/2005/8/layout/orgChart1"/>
    <dgm:cxn modelId="{643503AF-4C09-4EEC-9B00-B111E070A3D2}" type="presParOf" srcId="{0BC5B2A8-630A-4E80-8A1C-645D24EC7492}" destId="{164D9068-5872-467A-8CF0-A29A2023E6B0}" srcOrd="0" destOrd="0" presId="urn:microsoft.com/office/officeart/2005/8/layout/orgChart1"/>
    <dgm:cxn modelId="{A0FF56EA-5602-4C6C-A9D3-AC16E1AA2652}" type="presParOf" srcId="{164D9068-5872-467A-8CF0-A29A2023E6B0}" destId="{E132C126-4C34-40CA-83F6-48FB27EE2404}" srcOrd="0" destOrd="0" presId="urn:microsoft.com/office/officeart/2005/8/layout/orgChart1"/>
    <dgm:cxn modelId="{A2918CF0-7854-4081-8F77-81F37B4F066A}" type="presParOf" srcId="{E132C126-4C34-40CA-83F6-48FB27EE2404}" destId="{C6C54CA5-7478-4A11-86D3-0F8BA479599A}" srcOrd="0" destOrd="0" presId="urn:microsoft.com/office/officeart/2005/8/layout/orgChart1"/>
    <dgm:cxn modelId="{91A306DE-84EC-4F53-8827-7556B6FDB873}" type="presOf" srcId="{D3F881F4-D31E-4506-8B24-15B31AE19BF0}" destId="{C6C54CA5-7478-4A11-86D3-0F8BA479599A}" srcOrd="0" destOrd="0" presId="urn:microsoft.com/office/officeart/2005/8/layout/orgChart1"/>
    <dgm:cxn modelId="{7CBDE743-93BC-4460-A44A-2FB0C09A6A53}" type="presParOf" srcId="{E132C126-4C34-40CA-83F6-48FB27EE2404}" destId="{0CF73C58-D978-4247-996F-66539983F9EE}" srcOrd="1" destOrd="0" presId="urn:microsoft.com/office/officeart/2005/8/layout/orgChart1"/>
    <dgm:cxn modelId="{080704E6-C86E-41F9-913D-32296FFDCDA8}" type="presOf" srcId="{D3F881F4-D31E-4506-8B24-15B31AE19BF0}" destId="{0CF73C58-D978-4247-996F-66539983F9EE}" srcOrd="1" destOrd="0" presId="urn:microsoft.com/office/officeart/2005/8/layout/orgChart1"/>
    <dgm:cxn modelId="{D1032C5C-83AF-47C7-ADFA-EBD368688F06}" type="presParOf" srcId="{164D9068-5872-467A-8CF0-A29A2023E6B0}" destId="{777B29EF-186E-425F-A137-40C1464AEDDB}" srcOrd="1" destOrd="0" presId="urn:microsoft.com/office/officeart/2005/8/layout/orgChart1"/>
    <dgm:cxn modelId="{4F8B8851-7D14-484E-ADE4-4983D021E41F}" type="presParOf" srcId="{164D9068-5872-467A-8CF0-A29A2023E6B0}" destId="{E9E89A93-1C68-46CA-9491-4DED35DD1372}" srcOrd="2" destOrd="0" presId="urn:microsoft.com/office/officeart/2005/8/layout/orgChart1"/>
    <dgm:cxn modelId="{6AD342FF-96C9-49E0-954E-E5FFC39F7390}" type="presParOf" srcId="{777B29EF-186E-425F-A137-40C1464AEDDB}" destId="{E047DF64-C1E0-4981-A241-8F14DB7B92D7}" srcOrd="0" destOrd="0" presId="urn:microsoft.com/office/officeart/2005/8/layout/orgChart1"/>
    <dgm:cxn modelId="{EC7D4503-8012-4D24-A38D-64EE6BACA969}" type="presOf" srcId="{E2064D73-C7A6-4B7E-BD4A-A857B47842BF}" destId="{E047DF64-C1E0-4981-A241-8F14DB7B92D7}" srcOrd="0" destOrd="0" presId="urn:microsoft.com/office/officeart/2005/8/layout/orgChart1"/>
    <dgm:cxn modelId="{1C9E11CE-C95F-4A2B-B1FB-F0A5855FCBAB}" type="presParOf" srcId="{777B29EF-186E-425F-A137-40C1464AEDDB}" destId="{14C16628-97E4-45C2-9F25-F9ABA941F920}" srcOrd="1" destOrd="0" presId="urn:microsoft.com/office/officeart/2005/8/layout/orgChart1"/>
    <dgm:cxn modelId="{53DD2002-78A9-4AC2-99CB-B0A05834255F}" type="presParOf" srcId="{14C16628-97E4-45C2-9F25-F9ABA941F920}" destId="{7E282FDD-F5BC-4C66-802C-4CD20B5AB35D}" srcOrd="0" destOrd="0" presId="urn:microsoft.com/office/officeart/2005/8/layout/orgChart1"/>
    <dgm:cxn modelId="{3152B8E0-6991-426B-9786-712CB06E4D13}" type="presParOf" srcId="{7E282FDD-F5BC-4C66-802C-4CD20B5AB35D}" destId="{5E487F38-864D-4F3B-B81D-C7A098EE29E5}" srcOrd="0" destOrd="0" presId="urn:microsoft.com/office/officeart/2005/8/layout/orgChart1"/>
    <dgm:cxn modelId="{7D8BF700-2E6A-46D8-83F2-B19DCA3D79F4}" type="presOf" srcId="{1213DD3F-FB2F-42D7-B68A-08E4BBFD4E02}" destId="{5E487F38-864D-4F3B-B81D-C7A098EE29E5}" srcOrd="0" destOrd="0" presId="urn:microsoft.com/office/officeart/2005/8/layout/orgChart1"/>
    <dgm:cxn modelId="{59243EA2-1105-450F-BBC0-45D0F7700586}" type="presParOf" srcId="{7E282FDD-F5BC-4C66-802C-4CD20B5AB35D}" destId="{354F1BC6-A1CF-4BAE-BB20-11FAB0F8EB5B}" srcOrd="1" destOrd="0" presId="urn:microsoft.com/office/officeart/2005/8/layout/orgChart1"/>
    <dgm:cxn modelId="{F458122B-F865-4471-996B-1B9ACE2BD45D}" type="presOf" srcId="{1213DD3F-FB2F-42D7-B68A-08E4BBFD4E02}" destId="{354F1BC6-A1CF-4BAE-BB20-11FAB0F8EB5B}" srcOrd="1" destOrd="0" presId="urn:microsoft.com/office/officeart/2005/8/layout/orgChart1"/>
    <dgm:cxn modelId="{891FD8C8-DF16-4670-8033-44DB7BBD7EA8}" type="presParOf" srcId="{14C16628-97E4-45C2-9F25-F9ABA941F920}" destId="{573C2610-5B4A-47FA-BEE2-7D192F1F4D55}" srcOrd="1" destOrd="0" presId="urn:microsoft.com/office/officeart/2005/8/layout/orgChart1"/>
    <dgm:cxn modelId="{9EA9F832-C9E9-47EE-B3FC-A3E622EB7322}" type="presParOf" srcId="{14C16628-97E4-45C2-9F25-F9ABA941F920}" destId="{C2611A96-3F77-45E9-8D7A-6FBE44AC8DCD}" srcOrd="2" destOrd="0" presId="urn:microsoft.com/office/officeart/2005/8/layout/orgChart1"/>
    <dgm:cxn modelId="{255A403C-3A83-4DA8-AF73-A686B032DBDF}" type="presParOf" srcId="{573C2610-5B4A-47FA-BEE2-7D192F1F4D55}" destId="{E9497D22-D107-4232-872D-A8E59E6B2E4B}" srcOrd="0" destOrd="0" presId="urn:microsoft.com/office/officeart/2005/8/layout/orgChart1"/>
    <dgm:cxn modelId="{6334B8B0-78D4-4FFB-9748-73E21A1261FA}" type="presOf" srcId="{A5ACB8EC-CDC5-499F-8258-E191C2E85994}" destId="{E9497D22-D107-4232-872D-A8E59E6B2E4B}" srcOrd="0" destOrd="0" presId="urn:microsoft.com/office/officeart/2005/8/layout/orgChart1"/>
    <dgm:cxn modelId="{F33467E7-E22F-4768-985A-7F544B7A3473}" type="presParOf" srcId="{573C2610-5B4A-47FA-BEE2-7D192F1F4D55}" destId="{1D67F6EF-2217-4227-A9EE-EE688DB7F53B}" srcOrd="1" destOrd="0" presId="urn:microsoft.com/office/officeart/2005/8/layout/orgChart1"/>
    <dgm:cxn modelId="{4C0C7ECD-EEB2-4417-B294-C21B0FB14495}" type="presParOf" srcId="{1D67F6EF-2217-4227-A9EE-EE688DB7F53B}" destId="{4386745F-E584-451E-86B6-BCFF0CD40CC3}" srcOrd="0" destOrd="0" presId="urn:microsoft.com/office/officeart/2005/8/layout/orgChart1"/>
    <dgm:cxn modelId="{0C2912C8-7BBF-4C0F-9B09-552CB3F98932}" type="presParOf" srcId="{4386745F-E584-451E-86B6-BCFF0CD40CC3}" destId="{E2168711-66BA-41E0-91AD-9300C5BA3B4C}" srcOrd="0" destOrd="0" presId="urn:microsoft.com/office/officeart/2005/8/layout/orgChart1"/>
    <dgm:cxn modelId="{234BCE42-5B56-4377-AD1B-DE24C4DD1F02}" type="presOf" srcId="{9473DECB-7E0E-40D4-AE74-AC9100301911}" destId="{E2168711-66BA-41E0-91AD-9300C5BA3B4C}" srcOrd="0" destOrd="0" presId="urn:microsoft.com/office/officeart/2005/8/layout/orgChart1"/>
    <dgm:cxn modelId="{7FCDE64A-CBD7-4AE3-8741-D9ECD582C0C5}" type="presParOf" srcId="{4386745F-E584-451E-86B6-BCFF0CD40CC3}" destId="{A3EDB2A7-96BC-449F-A224-CDE03CED25AB}" srcOrd="1" destOrd="0" presId="urn:microsoft.com/office/officeart/2005/8/layout/orgChart1"/>
    <dgm:cxn modelId="{08A9C9C2-E901-4DAD-AE21-072159B855F9}" type="presOf" srcId="{9473DECB-7E0E-40D4-AE74-AC9100301911}" destId="{A3EDB2A7-96BC-449F-A224-CDE03CED25AB}" srcOrd="1" destOrd="0" presId="urn:microsoft.com/office/officeart/2005/8/layout/orgChart1"/>
    <dgm:cxn modelId="{C6230862-9EEA-49CF-AFA5-35D1FC34A4F7}" type="presParOf" srcId="{1D67F6EF-2217-4227-A9EE-EE688DB7F53B}" destId="{1FFF5600-A806-4689-BFE0-A48CE9AA048C}" srcOrd="1" destOrd="0" presId="urn:microsoft.com/office/officeart/2005/8/layout/orgChart1"/>
    <dgm:cxn modelId="{C6140A42-717F-4779-A476-D205FC126055}" type="presParOf" srcId="{1D67F6EF-2217-4227-A9EE-EE688DB7F53B}" destId="{48682B3B-45EA-4892-82C5-0A96448BB9FC}" srcOrd="2" destOrd="0" presId="urn:microsoft.com/office/officeart/2005/8/layout/orgChart1"/>
    <dgm:cxn modelId="{F96EE1AA-7F33-4631-92DA-CEA4EE041D8D}" type="presParOf" srcId="{573C2610-5B4A-47FA-BEE2-7D192F1F4D55}" destId="{A3A372CC-3533-450D-B6B3-3BDF2AEF75F4}" srcOrd="2" destOrd="0" presId="urn:microsoft.com/office/officeart/2005/8/layout/orgChart1"/>
    <dgm:cxn modelId="{BCD66388-1EA4-4660-8A43-C8745FF003D9}" type="presOf" srcId="{540C6EB4-815F-4AF4-87E1-1A6B4E6F8C9E}" destId="{A3A372CC-3533-450D-B6B3-3BDF2AEF75F4}" srcOrd="0" destOrd="0" presId="urn:microsoft.com/office/officeart/2005/8/layout/orgChart1"/>
    <dgm:cxn modelId="{C5B5E11B-9CF0-4410-B5F1-5B539C89D15E}" type="presParOf" srcId="{573C2610-5B4A-47FA-BEE2-7D192F1F4D55}" destId="{A97D7DCD-853B-4C92-A063-AD8C56EFF54B}" srcOrd="3" destOrd="0" presId="urn:microsoft.com/office/officeart/2005/8/layout/orgChart1"/>
    <dgm:cxn modelId="{BEE185AD-9DDF-4672-9FB7-920DE7137941}" type="presParOf" srcId="{A97D7DCD-853B-4C92-A063-AD8C56EFF54B}" destId="{4A8F2D8D-2523-45C1-B328-91E17D90CAC1}" srcOrd="0" destOrd="0" presId="urn:microsoft.com/office/officeart/2005/8/layout/orgChart1"/>
    <dgm:cxn modelId="{DBA899DA-CB2E-4289-9541-29F1923C322A}" type="presParOf" srcId="{4A8F2D8D-2523-45C1-B328-91E17D90CAC1}" destId="{174CA850-8D2B-479D-A8C2-2746BB7C696A}" srcOrd="0" destOrd="0" presId="urn:microsoft.com/office/officeart/2005/8/layout/orgChart1"/>
    <dgm:cxn modelId="{261D8453-AE69-4C4A-8954-CE6A7A5CFE23}" type="presOf" srcId="{BB09E232-F1D9-413B-991D-83FE05587857}" destId="{174CA850-8D2B-479D-A8C2-2746BB7C696A}" srcOrd="0" destOrd="0" presId="urn:microsoft.com/office/officeart/2005/8/layout/orgChart1"/>
    <dgm:cxn modelId="{6FC82105-50DE-439C-B3BC-A67528E35E75}" type="presParOf" srcId="{4A8F2D8D-2523-45C1-B328-91E17D90CAC1}" destId="{2BFDB0F8-0680-4168-86B6-C78130734D70}" srcOrd="1" destOrd="0" presId="urn:microsoft.com/office/officeart/2005/8/layout/orgChart1"/>
    <dgm:cxn modelId="{75258892-173D-4BBA-9A5F-4084CB150445}" type="presOf" srcId="{BB09E232-F1D9-413B-991D-83FE05587857}" destId="{2BFDB0F8-0680-4168-86B6-C78130734D70}" srcOrd="1" destOrd="0" presId="urn:microsoft.com/office/officeart/2005/8/layout/orgChart1"/>
    <dgm:cxn modelId="{5AB77F39-CB78-4EBE-A876-A425EE273B9A}" type="presParOf" srcId="{A97D7DCD-853B-4C92-A063-AD8C56EFF54B}" destId="{E27F6029-7190-4969-B31C-182B368D9785}" srcOrd="1" destOrd="0" presId="urn:microsoft.com/office/officeart/2005/8/layout/orgChart1"/>
    <dgm:cxn modelId="{49B8FBED-DD95-4BBF-9770-836E09B5EC2D}" type="presParOf" srcId="{A97D7DCD-853B-4C92-A063-AD8C56EFF54B}" destId="{9A892A7C-C800-4D78-AD59-5D7EF05651AC}" srcOrd="2" destOrd="0" presId="urn:microsoft.com/office/officeart/2005/8/layout/orgChart1"/>
    <dgm:cxn modelId="{9E50C85C-5115-42DC-84A3-9AD68DF56D03}" type="presParOf" srcId="{573C2610-5B4A-47FA-BEE2-7D192F1F4D55}" destId="{764417C6-9FC8-41CD-A2F3-43EEBA0191A7}" srcOrd="4" destOrd="0" presId="urn:microsoft.com/office/officeart/2005/8/layout/orgChart1"/>
    <dgm:cxn modelId="{C86A4DCD-9055-4670-A0C6-E2F24430A4F6}" type="presOf" srcId="{CEDBCD64-008E-49B2-8892-4F1886FFC2ED}" destId="{764417C6-9FC8-41CD-A2F3-43EEBA0191A7}" srcOrd="0" destOrd="0" presId="urn:microsoft.com/office/officeart/2005/8/layout/orgChart1"/>
    <dgm:cxn modelId="{2A5C2F5A-4518-4F8D-8682-397DE9BAA6C6}" type="presParOf" srcId="{573C2610-5B4A-47FA-BEE2-7D192F1F4D55}" destId="{160EAF3A-BFBC-43F7-8CE3-53F673CA10E3}" srcOrd="5" destOrd="0" presId="urn:microsoft.com/office/officeart/2005/8/layout/orgChart1"/>
    <dgm:cxn modelId="{DDD78C6E-82E8-45D9-A298-0ADEC26DCEE5}" type="presParOf" srcId="{160EAF3A-BFBC-43F7-8CE3-53F673CA10E3}" destId="{45B7382F-DB0B-48A8-97BA-DB1998469B4F}" srcOrd="0" destOrd="0" presId="urn:microsoft.com/office/officeart/2005/8/layout/orgChart1"/>
    <dgm:cxn modelId="{95A98569-5BA0-4507-AD83-502746A89333}" type="presParOf" srcId="{45B7382F-DB0B-48A8-97BA-DB1998469B4F}" destId="{968B3A53-0995-4C93-A625-5DE9E8A40B25}" srcOrd="0" destOrd="0" presId="urn:microsoft.com/office/officeart/2005/8/layout/orgChart1"/>
    <dgm:cxn modelId="{C1292A2E-6DF8-4AB2-B98A-324596C39801}" type="presOf" srcId="{D2CDCCAB-9BDD-4685-BDBE-03F566374BE8}" destId="{968B3A53-0995-4C93-A625-5DE9E8A40B25}" srcOrd="0" destOrd="0" presId="urn:microsoft.com/office/officeart/2005/8/layout/orgChart1"/>
    <dgm:cxn modelId="{93877583-BFF2-4BC3-8B06-A885FA80570F}" type="presParOf" srcId="{45B7382F-DB0B-48A8-97BA-DB1998469B4F}" destId="{05763871-95F4-4867-A36A-60746543E1EE}" srcOrd="1" destOrd="0" presId="urn:microsoft.com/office/officeart/2005/8/layout/orgChart1"/>
    <dgm:cxn modelId="{1D932B1D-3A9D-4703-92DD-BEC996BDEEB6}" type="presOf" srcId="{D2CDCCAB-9BDD-4685-BDBE-03F566374BE8}" destId="{05763871-95F4-4867-A36A-60746543E1EE}" srcOrd="1" destOrd="0" presId="urn:microsoft.com/office/officeart/2005/8/layout/orgChart1"/>
    <dgm:cxn modelId="{E0A44A35-DA5F-4C5B-9F29-1982C30FB2BE}" type="presParOf" srcId="{160EAF3A-BFBC-43F7-8CE3-53F673CA10E3}" destId="{0611A288-D18E-4C97-A905-8CE02C8ABBCF}" srcOrd="1" destOrd="0" presId="urn:microsoft.com/office/officeart/2005/8/layout/orgChart1"/>
    <dgm:cxn modelId="{5C190FC3-C2A0-4955-8FC3-12AF144F72F2}" type="presParOf" srcId="{160EAF3A-BFBC-43F7-8CE3-53F673CA10E3}" destId="{EA5F1763-57DB-43FA-B5BC-921B65E7AF63}" srcOrd="2" destOrd="0" presId="urn:microsoft.com/office/officeart/2005/8/layout/orgChart1"/>
    <dgm:cxn modelId="{C48C5E3B-1736-4CDB-A956-9D4ECB9C6A2E}" type="presParOf" srcId="{777B29EF-186E-425F-A137-40C1464AEDDB}" destId="{F31DAFBE-2FFE-4F60-9CD1-A41358D3769A}" srcOrd="2" destOrd="0" presId="urn:microsoft.com/office/officeart/2005/8/layout/orgChart1"/>
    <dgm:cxn modelId="{E516F78A-8C59-481E-ABEF-899D40AF09C4}" type="presOf" srcId="{071C7390-1619-4F3E-8046-802338672B85}" destId="{F31DAFBE-2FFE-4F60-9CD1-A41358D3769A}" srcOrd="0" destOrd="0" presId="urn:microsoft.com/office/officeart/2005/8/layout/orgChart1"/>
    <dgm:cxn modelId="{30B20755-19D7-412D-B3AC-6C1AA0B17B33}" type="presParOf" srcId="{777B29EF-186E-425F-A137-40C1464AEDDB}" destId="{9E6ADFB4-42F8-4885-9386-60AA827DCDD3}" srcOrd="3" destOrd="0" presId="urn:microsoft.com/office/officeart/2005/8/layout/orgChart1"/>
    <dgm:cxn modelId="{02B12935-EEE9-43B7-8B0B-A563A7A0DB19}" type="presParOf" srcId="{9E6ADFB4-42F8-4885-9386-60AA827DCDD3}" destId="{F286C005-6284-4141-A255-76CF5AA68AD7}" srcOrd="0" destOrd="0" presId="urn:microsoft.com/office/officeart/2005/8/layout/orgChart1"/>
    <dgm:cxn modelId="{53E5AFE0-3C2C-445C-854C-B506179EF010}" type="presParOf" srcId="{F286C005-6284-4141-A255-76CF5AA68AD7}" destId="{627F4594-73AB-4877-933B-619462788270}" srcOrd="0" destOrd="0" presId="urn:microsoft.com/office/officeart/2005/8/layout/orgChart1"/>
    <dgm:cxn modelId="{DF288E94-F0AB-4999-BD91-9AF1F501B786}" type="presOf" srcId="{8014FCDD-0E02-4E8F-85F7-9581E7E71716}" destId="{627F4594-73AB-4877-933B-619462788270}" srcOrd="0" destOrd="0" presId="urn:microsoft.com/office/officeart/2005/8/layout/orgChart1"/>
    <dgm:cxn modelId="{BDEF3DAB-8AD1-4571-BF7D-4B3EC3EB9812}" type="presParOf" srcId="{F286C005-6284-4141-A255-76CF5AA68AD7}" destId="{398C648E-271C-4329-9008-4572172B89F1}" srcOrd="1" destOrd="0" presId="urn:microsoft.com/office/officeart/2005/8/layout/orgChart1"/>
    <dgm:cxn modelId="{5E4B75E8-5487-4268-BD7A-13F12DFBD435}" type="presOf" srcId="{8014FCDD-0E02-4E8F-85F7-9581E7E71716}" destId="{398C648E-271C-4329-9008-4572172B89F1}" srcOrd="1" destOrd="0" presId="urn:microsoft.com/office/officeart/2005/8/layout/orgChart1"/>
    <dgm:cxn modelId="{7C80F023-DF01-4592-A44F-2151B8406421}" type="presParOf" srcId="{9E6ADFB4-42F8-4885-9386-60AA827DCDD3}" destId="{06E14D67-B81D-4816-BA7D-28D4019D5BDC}" srcOrd="1" destOrd="0" presId="urn:microsoft.com/office/officeart/2005/8/layout/orgChart1"/>
    <dgm:cxn modelId="{9710E94A-A089-4EAF-895F-7DFB7B56790D}" type="presParOf" srcId="{9E6ADFB4-42F8-4885-9386-60AA827DCDD3}" destId="{621EB182-0561-4296-9387-968CC9659D88}" srcOrd="2" destOrd="0" presId="urn:microsoft.com/office/officeart/2005/8/layout/orgChart1"/>
    <dgm:cxn modelId="{46EC86F0-50C8-4719-979B-D2076C56B692}" type="presParOf" srcId="{06E14D67-B81D-4816-BA7D-28D4019D5BDC}" destId="{F3C5D20B-B1F8-4BAD-9D57-B7B146B9E092}" srcOrd="0" destOrd="0" presId="urn:microsoft.com/office/officeart/2005/8/layout/orgChart1"/>
    <dgm:cxn modelId="{DA965F70-5159-433B-B457-40F9955A902C}" type="presOf" srcId="{A22430E8-2B7F-4750-81CF-716B01BB301C}" destId="{F3C5D20B-B1F8-4BAD-9D57-B7B146B9E092}" srcOrd="0" destOrd="0" presId="urn:microsoft.com/office/officeart/2005/8/layout/orgChart1"/>
    <dgm:cxn modelId="{FF73DDB9-DF8D-4AB5-85EB-444817249473}" type="presParOf" srcId="{06E14D67-B81D-4816-BA7D-28D4019D5BDC}" destId="{65122537-5E65-4CB7-B88C-BADD509AAC70}" srcOrd="1" destOrd="0" presId="urn:microsoft.com/office/officeart/2005/8/layout/orgChart1"/>
    <dgm:cxn modelId="{7D76B495-D164-49E1-9445-58C2541A7419}" type="presParOf" srcId="{65122537-5E65-4CB7-B88C-BADD509AAC70}" destId="{BBE6F1B1-BEC0-4310-A8FD-19626796583B}" srcOrd="0" destOrd="0" presId="urn:microsoft.com/office/officeart/2005/8/layout/orgChart1"/>
    <dgm:cxn modelId="{6828ACD3-0584-461C-B652-FE5969589884}" type="presParOf" srcId="{BBE6F1B1-BEC0-4310-A8FD-19626796583B}" destId="{DF0AD036-0E1D-4523-A8C4-5D6F3A765D07}" srcOrd="0" destOrd="0" presId="urn:microsoft.com/office/officeart/2005/8/layout/orgChart1"/>
    <dgm:cxn modelId="{2C6BE87A-CDB9-45AF-9CEE-83D632D85DB6}" type="presOf" srcId="{B03BA233-B4E2-417A-9CEA-6F49995C8C6F}" destId="{DF0AD036-0E1D-4523-A8C4-5D6F3A765D07}" srcOrd="0" destOrd="0" presId="urn:microsoft.com/office/officeart/2005/8/layout/orgChart1"/>
    <dgm:cxn modelId="{553F1C7F-F7C3-400A-A7C3-0FF44CA29179}" type="presParOf" srcId="{BBE6F1B1-BEC0-4310-A8FD-19626796583B}" destId="{62472A20-63E3-4153-BD79-BD66D666B6DD}" srcOrd="1" destOrd="0" presId="urn:microsoft.com/office/officeart/2005/8/layout/orgChart1"/>
    <dgm:cxn modelId="{9D622BA5-0231-43D1-A9ED-FABD100696A3}" type="presOf" srcId="{B03BA233-B4E2-417A-9CEA-6F49995C8C6F}" destId="{62472A20-63E3-4153-BD79-BD66D666B6DD}" srcOrd="1" destOrd="0" presId="urn:microsoft.com/office/officeart/2005/8/layout/orgChart1"/>
    <dgm:cxn modelId="{3B287D01-ABE8-4380-8C62-8F5FB4360A17}" type="presParOf" srcId="{65122537-5E65-4CB7-B88C-BADD509AAC70}" destId="{4669C860-2795-4A9A-B789-C7C46C2A4B57}" srcOrd="1" destOrd="0" presId="urn:microsoft.com/office/officeart/2005/8/layout/orgChart1"/>
    <dgm:cxn modelId="{3070AB2F-C4D7-45B3-BCE1-CC85C7641DF3}" type="presParOf" srcId="{65122537-5E65-4CB7-B88C-BADD509AAC70}" destId="{02305EF1-4988-48FE-8F61-CEAFC4E82390}" srcOrd="2" destOrd="0" presId="urn:microsoft.com/office/officeart/2005/8/layout/orgChart1"/>
    <dgm:cxn modelId="{D80F2A16-7B55-4294-A775-08A7A0D05C42}" type="presParOf" srcId="{06E14D67-B81D-4816-BA7D-28D4019D5BDC}" destId="{E1B67933-F5E5-45B9-8749-0F8075D6B394}" srcOrd="2" destOrd="0" presId="urn:microsoft.com/office/officeart/2005/8/layout/orgChart1"/>
    <dgm:cxn modelId="{C906F103-756F-4C9E-A69E-DAC8393DC1E3}" type="presOf" srcId="{539A2958-AF0E-4A79-B2DF-7B8D590A5F72}" destId="{E1B67933-F5E5-45B9-8749-0F8075D6B394}" srcOrd="0" destOrd="0" presId="urn:microsoft.com/office/officeart/2005/8/layout/orgChart1"/>
    <dgm:cxn modelId="{A43AC5E3-1E54-475F-B2E2-F12E7EC70E98}" type="presParOf" srcId="{06E14D67-B81D-4816-BA7D-28D4019D5BDC}" destId="{76093C1E-BF95-484D-9D95-49FB1B7FB153}" srcOrd="3" destOrd="0" presId="urn:microsoft.com/office/officeart/2005/8/layout/orgChart1"/>
    <dgm:cxn modelId="{CD987228-F05E-4C2B-B5AB-CC7A1F6EE293}" type="presParOf" srcId="{76093C1E-BF95-484D-9D95-49FB1B7FB153}" destId="{FE94D56C-DE3E-4AB5-AD05-67D66E9A7F42}" srcOrd="0" destOrd="0" presId="urn:microsoft.com/office/officeart/2005/8/layout/orgChart1"/>
    <dgm:cxn modelId="{3637D110-DF51-4230-88D1-9282A895E160}" type="presParOf" srcId="{FE94D56C-DE3E-4AB5-AD05-67D66E9A7F42}" destId="{C76B6AF5-3DED-4EE5-B851-C96B310F244B}" srcOrd="0" destOrd="0" presId="urn:microsoft.com/office/officeart/2005/8/layout/orgChart1"/>
    <dgm:cxn modelId="{F5B8C74A-F90F-4043-967F-16C3EA6E5A39}" type="presOf" srcId="{F354D28E-BDE9-4F64-80DA-14F048CCD9BA}" destId="{C76B6AF5-3DED-4EE5-B851-C96B310F244B}" srcOrd="0" destOrd="0" presId="urn:microsoft.com/office/officeart/2005/8/layout/orgChart1"/>
    <dgm:cxn modelId="{48CC2286-30B3-40FB-B02A-798674E148FF}" type="presParOf" srcId="{FE94D56C-DE3E-4AB5-AD05-67D66E9A7F42}" destId="{F1315726-53FD-4D92-83B5-9BE99CDBD49C}" srcOrd="1" destOrd="0" presId="urn:microsoft.com/office/officeart/2005/8/layout/orgChart1"/>
    <dgm:cxn modelId="{E75C4C15-5ABD-4527-9B25-8E2855B182C7}" type="presOf" srcId="{F354D28E-BDE9-4F64-80DA-14F048CCD9BA}" destId="{F1315726-53FD-4D92-83B5-9BE99CDBD49C}" srcOrd="1" destOrd="0" presId="urn:microsoft.com/office/officeart/2005/8/layout/orgChart1"/>
    <dgm:cxn modelId="{314EA7A9-49E3-4AAA-B319-43D2BCE01294}" type="presParOf" srcId="{76093C1E-BF95-484D-9D95-49FB1B7FB153}" destId="{0EEFDC63-5F64-4C61-AB76-18CB69BB8A24}" srcOrd="1" destOrd="0" presId="urn:microsoft.com/office/officeart/2005/8/layout/orgChart1"/>
    <dgm:cxn modelId="{9FB015F8-9871-40F7-AA5F-5338E5A2AB1D}" type="presParOf" srcId="{76093C1E-BF95-484D-9D95-49FB1B7FB153}" destId="{DC3B07B9-7FBB-4A84-8065-C824D6D828F8}" srcOrd="2" destOrd="0" presId="urn:microsoft.com/office/officeart/2005/8/layout/orgChart1"/>
    <dgm:cxn modelId="{431BC532-658E-4B11-AA48-97F5A57EFF95}" type="presParOf" srcId="{06E14D67-B81D-4816-BA7D-28D4019D5BDC}" destId="{83B6DB58-A94A-4FFD-9C46-722EF637D332}" srcOrd="4" destOrd="0" presId="urn:microsoft.com/office/officeart/2005/8/layout/orgChart1"/>
    <dgm:cxn modelId="{34468DFA-7DEA-4E68-8172-A699FD90739D}" type="presOf" srcId="{208722C2-D3A2-4BD0-94AC-82DC956DE8B1}" destId="{83B6DB58-A94A-4FFD-9C46-722EF637D332}" srcOrd="0" destOrd="0" presId="urn:microsoft.com/office/officeart/2005/8/layout/orgChart1"/>
    <dgm:cxn modelId="{CE861479-6290-480D-B71A-C17F58C2F454}" type="presParOf" srcId="{06E14D67-B81D-4816-BA7D-28D4019D5BDC}" destId="{E5012755-B50A-4F0F-8CAB-688FB0F9212E}" srcOrd="5" destOrd="0" presId="urn:microsoft.com/office/officeart/2005/8/layout/orgChart1"/>
    <dgm:cxn modelId="{9AB18801-6EB2-4A99-80EC-E57BF26F3DE2}" type="presParOf" srcId="{E5012755-B50A-4F0F-8CAB-688FB0F9212E}" destId="{2BE6C2CF-99D8-4DD4-9501-740F9D1BF81A}" srcOrd="0" destOrd="0" presId="urn:microsoft.com/office/officeart/2005/8/layout/orgChart1"/>
    <dgm:cxn modelId="{A2470F98-E52B-4741-8FA8-8750817DF028}" type="presParOf" srcId="{2BE6C2CF-99D8-4DD4-9501-740F9D1BF81A}" destId="{CAF4891B-F9E4-4109-B4A9-2CD842FD922B}" srcOrd="0" destOrd="0" presId="urn:microsoft.com/office/officeart/2005/8/layout/orgChart1"/>
    <dgm:cxn modelId="{140CC276-DF87-4FAE-BC4A-9092E3EC7069}" type="presOf" srcId="{AB7D120A-0D51-4281-87E5-849E1F902174}" destId="{CAF4891B-F9E4-4109-B4A9-2CD842FD922B}" srcOrd="0" destOrd="0" presId="urn:microsoft.com/office/officeart/2005/8/layout/orgChart1"/>
    <dgm:cxn modelId="{A66F2809-8900-4189-80B0-A1D7F2697D05}" type="presParOf" srcId="{2BE6C2CF-99D8-4DD4-9501-740F9D1BF81A}" destId="{E9D2A000-A899-4AE8-AA8B-BB59F8F3C58C}" srcOrd="1" destOrd="0" presId="urn:microsoft.com/office/officeart/2005/8/layout/orgChart1"/>
    <dgm:cxn modelId="{3596F05D-5BBF-4F70-BFBE-6E812AD80B48}" type="presOf" srcId="{AB7D120A-0D51-4281-87E5-849E1F902174}" destId="{E9D2A000-A899-4AE8-AA8B-BB59F8F3C58C}" srcOrd="1" destOrd="0" presId="urn:microsoft.com/office/officeart/2005/8/layout/orgChart1"/>
    <dgm:cxn modelId="{9D6D421F-2A14-4CEF-B378-EE84003EBB2F}" type="presParOf" srcId="{E5012755-B50A-4F0F-8CAB-688FB0F9212E}" destId="{E4AAB452-A445-422F-A7E4-57212B4C6312}" srcOrd="1" destOrd="0" presId="urn:microsoft.com/office/officeart/2005/8/layout/orgChart1"/>
    <dgm:cxn modelId="{E031DE58-8F90-4F90-BFBA-017E8E7EE977}" type="presParOf" srcId="{E5012755-B50A-4F0F-8CAB-688FB0F9212E}" destId="{13FEDDCC-8D28-4E43-8A98-EC3241A76A67}" srcOrd="2" destOrd="0" presId="urn:microsoft.com/office/officeart/2005/8/layout/orgChart1"/>
    <dgm:cxn modelId="{ECB0F84C-121A-420F-8971-03B285F633C3}" type="presParOf" srcId="{06E14D67-B81D-4816-BA7D-28D4019D5BDC}" destId="{ECCC280C-A5BC-41AA-8B20-CA5399D8588C}" srcOrd="6" destOrd="0" presId="urn:microsoft.com/office/officeart/2005/8/layout/orgChart1"/>
    <dgm:cxn modelId="{2FFCC83E-5C8E-4780-B9E1-7964F505B3F9}" type="presOf" srcId="{1093B1FA-D87D-4ED0-A024-6DD0C18A2DF3}" destId="{ECCC280C-A5BC-41AA-8B20-CA5399D8588C}" srcOrd="0" destOrd="0" presId="urn:microsoft.com/office/officeart/2005/8/layout/orgChart1"/>
    <dgm:cxn modelId="{AB798830-1903-4E18-9A13-7DDC3D49861D}" type="presParOf" srcId="{06E14D67-B81D-4816-BA7D-28D4019D5BDC}" destId="{29012982-3634-44AC-B33E-BAED787E3A00}" srcOrd="7" destOrd="0" presId="urn:microsoft.com/office/officeart/2005/8/layout/orgChart1"/>
    <dgm:cxn modelId="{10E63909-5D81-4623-B0F7-98498CF86107}" type="presParOf" srcId="{29012982-3634-44AC-B33E-BAED787E3A00}" destId="{F06E440F-8102-48EE-9C8C-DB332FBBD707}" srcOrd="0" destOrd="0" presId="urn:microsoft.com/office/officeart/2005/8/layout/orgChart1"/>
    <dgm:cxn modelId="{B644D27A-9DD1-4298-82BE-18710BB2136D}" type="presParOf" srcId="{F06E440F-8102-48EE-9C8C-DB332FBBD707}" destId="{B29C839D-375F-4D80-8C20-BFFA8B6899D1}" srcOrd="0" destOrd="0" presId="urn:microsoft.com/office/officeart/2005/8/layout/orgChart1"/>
    <dgm:cxn modelId="{69FEB0E4-44EE-4DFE-8CBF-34911CEFEBB0}" type="presOf" srcId="{D3DDDDA6-0FCA-4C43-B6FC-BD184C2A221C}" destId="{B29C839D-375F-4D80-8C20-BFFA8B6899D1}" srcOrd="0" destOrd="0" presId="urn:microsoft.com/office/officeart/2005/8/layout/orgChart1"/>
    <dgm:cxn modelId="{1E25CEBB-9F66-46C9-85DC-4BAC8D17AE42}" type="presParOf" srcId="{F06E440F-8102-48EE-9C8C-DB332FBBD707}" destId="{D37F0DB4-6AFA-4A35-8D0D-C571A2929416}" srcOrd="1" destOrd="0" presId="urn:microsoft.com/office/officeart/2005/8/layout/orgChart1"/>
    <dgm:cxn modelId="{F98CA856-921C-4406-BBEB-1C06FC8D55B2}" type="presOf" srcId="{D3DDDDA6-0FCA-4C43-B6FC-BD184C2A221C}" destId="{D37F0DB4-6AFA-4A35-8D0D-C571A2929416}" srcOrd="1" destOrd="0" presId="urn:microsoft.com/office/officeart/2005/8/layout/orgChart1"/>
    <dgm:cxn modelId="{ADF84DA3-DE8B-486C-B569-0D17F53C1851}" type="presParOf" srcId="{29012982-3634-44AC-B33E-BAED787E3A00}" destId="{3EA9065E-B40F-4AB8-97AE-C4C642EC2FB7}" srcOrd="1" destOrd="0" presId="urn:microsoft.com/office/officeart/2005/8/layout/orgChart1"/>
    <dgm:cxn modelId="{D43D5AB6-98C2-4F0F-92B3-20FB46459A69}" type="presParOf" srcId="{29012982-3634-44AC-B33E-BAED787E3A00}" destId="{A3541C53-C22B-4279-98BC-4DDDA714A416}" srcOrd="2" destOrd="0" presId="urn:microsoft.com/office/officeart/2005/8/layout/orgChart1"/>
    <dgm:cxn modelId="{54C71EEF-17F6-46C7-9349-73A29C94A22E}" type="presParOf" srcId="{06E14D67-B81D-4816-BA7D-28D4019D5BDC}" destId="{6D343B82-6C93-4DC2-8ACB-D83ACCAB99F1}" srcOrd="8" destOrd="0" presId="urn:microsoft.com/office/officeart/2005/8/layout/orgChart1"/>
    <dgm:cxn modelId="{6021C480-B987-4A24-9B2D-FDD7D8B91A72}" type="presOf" srcId="{943ED67C-D3E9-4924-B94A-AE9076B777B4}" destId="{6D343B82-6C93-4DC2-8ACB-D83ACCAB99F1}" srcOrd="0" destOrd="0" presId="urn:microsoft.com/office/officeart/2005/8/layout/orgChart1"/>
    <dgm:cxn modelId="{600AEEBC-F9A1-4631-ABC2-437E19866886}" type="presParOf" srcId="{06E14D67-B81D-4816-BA7D-28D4019D5BDC}" destId="{4A64C7D5-AC0A-4AAB-9EA2-B9A2AED1FE14}" srcOrd="9" destOrd="0" presId="urn:microsoft.com/office/officeart/2005/8/layout/orgChart1"/>
    <dgm:cxn modelId="{0CD873A2-F8CA-4A24-B11E-7100899DCF65}" type="presParOf" srcId="{4A64C7D5-AC0A-4AAB-9EA2-B9A2AED1FE14}" destId="{814CF6EA-175E-42F0-95AC-BE6B53224D10}" srcOrd="0" destOrd="0" presId="urn:microsoft.com/office/officeart/2005/8/layout/orgChart1"/>
    <dgm:cxn modelId="{4DF8AA39-6240-416C-9D4A-0B2A38E85BCF}" type="presParOf" srcId="{814CF6EA-175E-42F0-95AC-BE6B53224D10}" destId="{53BA9DC4-8A37-4A3A-9A88-18CA2FD131B1}" srcOrd="0" destOrd="0" presId="urn:microsoft.com/office/officeart/2005/8/layout/orgChart1"/>
    <dgm:cxn modelId="{BA1ACC74-C930-4654-ADED-F2AA8AC440E8}" type="presOf" srcId="{96DBB3F5-A27B-4AB9-9AD2-530FE5BAD776}" destId="{53BA9DC4-8A37-4A3A-9A88-18CA2FD131B1}" srcOrd="0" destOrd="0" presId="urn:microsoft.com/office/officeart/2005/8/layout/orgChart1"/>
    <dgm:cxn modelId="{FD27CC5F-083D-4056-A9B4-AECF3A2225FF}" type="presParOf" srcId="{814CF6EA-175E-42F0-95AC-BE6B53224D10}" destId="{A6293EC5-C039-421F-9921-E7F55BA91D1E}" srcOrd="1" destOrd="0" presId="urn:microsoft.com/office/officeart/2005/8/layout/orgChart1"/>
    <dgm:cxn modelId="{07C00F64-C6C1-49F1-8315-3B92E1078E6A}" type="presOf" srcId="{96DBB3F5-A27B-4AB9-9AD2-530FE5BAD776}" destId="{A6293EC5-C039-421F-9921-E7F55BA91D1E}" srcOrd="1" destOrd="0" presId="urn:microsoft.com/office/officeart/2005/8/layout/orgChart1"/>
    <dgm:cxn modelId="{E55F4B61-AE90-4885-AADD-622805F0FBDF}" type="presParOf" srcId="{4A64C7D5-AC0A-4AAB-9EA2-B9A2AED1FE14}" destId="{0779D794-1C2B-4928-BE90-489C3ECA35FE}" srcOrd="1" destOrd="0" presId="urn:microsoft.com/office/officeart/2005/8/layout/orgChart1"/>
    <dgm:cxn modelId="{8BA7D3BD-5219-4395-B90A-867666765F97}" type="presParOf" srcId="{4A64C7D5-AC0A-4AAB-9EA2-B9A2AED1FE14}" destId="{25DA2BBE-F5CD-4C7E-860E-70CEAD2CF8F9}" srcOrd="2" destOrd="0" presId="urn:microsoft.com/office/officeart/2005/8/layout/orgChart1"/>
    <dgm:cxn modelId="{EF64E621-F3FE-4153-BB3A-32E1A957116A}" type="presParOf" srcId="{777B29EF-186E-425F-A137-40C1464AEDDB}" destId="{DFDF1601-0CD7-44B8-A4DD-9EF1D395D4D8}" srcOrd="4" destOrd="0" presId="urn:microsoft.com/office/officeart/2005/8/layout/orgChart1"/>
    <dgm:cxn modelId="{C525FA1E-42BD-4B06-BDAC-68D1A363C341}" type="presOf" srcId="{19101E16-9DED-4604-A072-4FD3EAAC9A98}" destId="{DFDF1601-0CD7-44B8-A4DD-9EF1D395D4D8}" srcOrd="0" destOrd="0" presId="urn:microsoft.com/office/officeart/2005/8/layout/orgChart1"/>
    <dgm:cxn modelId="{06D2B803-ACB3-4D97-A858-641EF0104ABC}" type="presParOf" srcId="{777B29EF-186E-425F-A137-40C1464AEDDB}" destId="{593C7F8E-205F-4A97-BE38-F4A0E30A2351}" srcOrd="5" destOrd="0" presId="urn:microsoft.com/office/officeart/2005/8/layout/orgChart1"/>
    <dgm:cxn modelId="{A2D66594-6044-4BFC-B33F-C529BE805551}" type="presParOf" srcId="{593C7F8E-205F-4A97-BE38-F4A0E30A2351}" destId="{079079C1-AC9C-470E-996C-97ADE9C25069}" srcOrd="0" destOrd="0" presId="urn:microsoft.com/office/officeart/2005/8/layout/orgChart1"/>
    <dgm:cxn modelId="{3AF04CBC-E394-44FF-953F-0D4C6E69C3DA}" type="presParOf" srcId="{079079C1-AC9C-470E-996C-97ADE9C25069}" destId="{C285351A-AA52-4ED6-B5B9-E8926FE83CB2}" srcOrd="0" destOrd="0" presId="urn:microsoft.com/office/officeart/2005/8/layout/orgChart1"/>
    <dgm:cxn modelId="{702EE01D-DA5D-43E2-A797-3631FDFE6197}" type="presOf" srcId="{F745288E-7664-4007-B661-4053915F85A2}" destId="{C285351A-AA52-4ED6-B5B9-E8926FE83CB2}" srcOrd="0" destOrd="0" presId="urn:microsoft.com/office/officeart/2005/8/layout/orgChart1"/>
    <dgm:cxn modelId="{FD7D20CA-0281-48CE-A38F-8D1CAEFB8CF3}" type="presParOf" srcId="{079079C1-AC9C-470E-996C-97ADE9C25069}" destId="{A0D1C1B9-557F-4140-96E0-720C0B5301B5}" srcOrd="1" destOrd="0" presId="urn:microsoft.com/office/officeart/2005/8/layout/orgChart1"/>
    <dgm:cxn modelId="{72199ACD-FAF3-4CC8-BA6D-5EA8A2D1E095}" type="presOf" srcId="{F745288E-7664-4007-B661-4053915F85A2}" destId="{A0D1C1B9-557F-4140-96E0-720C0B5301B5}" srcOrd="1" destOrd="0" presId="urn:microsoft.com/office/officeart/2005/8/layout/orgChart1"/>
    <dgm:cxn modelId="{3E806887-ED1C-41BB-B349-53BD1C586BB1}" type="presParOf" srcId="{593C7F8E-205F-4A97-BE38-F4A0E30A2351}" destId="{A15BC4DC-CD7A-4E48-9BC8-21A8E9B23CE2}" srcOrd="1" destOrd="0" presId="urn:microsoft.com/office/officeart/2005/8/layout/orgChart1"/>
    <dgm:cxn modelId="{30D384FE-8BC0-4196-9CB9-12F2681898FC}" type="presParOf" srcId="{593C7F8E-205F-4A97-BE38-F4A0E30A2351}" destId="{723C5A8C-6F1F-426B-89A1-4361B6A07DC1}" srcOrd="2" destOrd="0" presId="urn:microsoft.com/office/officeart/2005/8/layout/orgChart1"/>
    <dgm:cxn modelId="{2D3E5AFA-D98A-45C6-867D-BBAD0A9B03DC}" type="presParOf" srcId="{A15BC4DC-CD7A-4E48-9BC8-21A8E9B23CE2}" destId="{1559AE62-5F29-40EC-BDD6-0910DA84FD15}" srcOrd="0" destOrd="0" presId="urn:microsoft.com/office/officeart/2005/8/layout/orgChart1"/>
    <dgm:cxn modelId="{AA5CB44E-C390-4B82-B3DF-B4D5025EEE17}" type="presOf" srcId="{6F902E09-4CA0-4721-A836-275C4DF118AE}" destId="{1559AE62-5F29-40EC-BDD6-0910DA84FD15}" srcOrd="0" destOrd="0" presId="urn:microsoft.com/office/officeart/2005/8/layout/orgChart1"/>
    <dgm:cxn modelId="{CB6AF44E-8F11-4EDF-8741-74408417774D}" type="presParOf" srcId="{A15BC4DC-CD7A-4E48-9BC8-21A8E9B23CE2}" destId="{D70B6F09-0DEE-4206-83EE-E1F9FB813745}" srcOrd="1" destOrd="0" presId="urn:microsoft.com/office/officeart/2005/8/layout/orgChart1"/>
    <dgm:cxn modelId="{6E188E30-93F0-4D34-A847-79BDA33E6576}" type="presParOf" srcId="{D70B6F09-0DEE-4206-83EE-E1F9FB813745}" destId="{350DC03F-C512-4984-900C-3D0428F2B722}" srcOrd="0" destOrd="0" presId="urn:microsoft.com/office/officeart/2005/8/layout/orgChart1"/>
    <dgm:cxn modelId="{E73B24DF-56DF-49B3-910D-351AC448C429}" type="presParOf" srcId="{350DC03F-C512-4984-900C-3D0428F2B722}" destId="{475DF841-E1C0-4017-8AA0-E711BE6F0847}" srcOrd="0" destOrd="0" presId="urn:microsoft.com/office/officeart/2005/8/layout/orgChart1"/>
    <dgm:cxn modelId="{67EB34C4-CAA8-43B7-9BC0-DEED6D6397D3}" type="presOf" srcId="{5B4D59C3-7EDF-4C7E-96AD-E17B1572D654}" destId="{475DF841-E1C0-4017-8AA0-E711BE6F0847}" srcOrd="0" destOrd="0" presId="urn:microsoft.com/office/officeart/2005/8/layout/orgChart1"/>
    <dgm:cxn modelId="{B74F3A5A-6A9D-4A20-86B3-3233E36D2F31}" type="presParOf" srcId="{350DC03F-C512-4984-900C-3D0428F2B722}" destId="{C2C50E92-F93D-4C41-B8C1-14E5E2D9AB57}" srcOrd="1" destOrd="0" presId="urn:microsoft.com/office/officeart/2005/8/layout/orgChart1"/>
    <dgm:cxn modelId="{94747449-A07E-46EB-89C6-6C144D547DE1}" type="presOf" srcId="{5B4D59C3-7EDF-4C7E-96AD-E17B1572D654}" destId="{C2C50E92-F93D-4C41-B8C1-14E5E2D9AB57}" srcOrd="1" destOrd="0" presId="urn:microsoft.com/office/officeart/2005/8/layout/orgChart1"/>
    <dgm:cxn modelId="{A9410677-2E5C-41FB-9E8C-618FBF1E7BED}" type="presParOf" srcId="{D70B6F09-0DEE-4206-83EE-E1F9FB813745}" destId="{6E2A114F-FAE6-4295-A437-7931F7327432}" srcOrd="1" destOrd="0" presId="urn:microsoft.com/office/officeart/2005/8/layout/orgChart1"/>
    <dgm:cxn modelId="{18549B99-AF5E-4C90-972F-F346955D215F}" type="presParOf" srcId="{D70B6F09-0DEE-4206-83EE-E1F9FB813745}" destId="{B9E252A1-6B1B-47B8-9C49-36277642C72A}" srcOrd="2" destOrd="0" presId="urn:microsoft.com/office/officeart/2005/8/layout/orgChart1"/>
    <dgm:cxn modelId="{E077E32B-0A55-4C73-B8F9-5AD4B953E972}" type="presParOf" srcId="{A15BC4DC-CD7A-4E48-9BC8-21A8E9B23CE2}" destId="{B0F31933-7BC9-49B6-BA83-B94D7256CC3A}" srcOrd="2" destOrd="0" presId="urn:microsoft.com/office/officeart/2005/8/layout/orgChart1"/>
    <dgm:cxn modelId="{935D3FF8-ADEE-4A90-9B53-0A527D095327}" type="presOf" srcId="{E2BFB813-BFD6-488A-A790-0F8B00FA72D7}" destId="{B0F31933-7BC9-49B6-BA83-B94D7256CC3A}" srcOrd="0" destOrd="0" presId="urn:microsoft.com/office/officeart/2005/8/layout/orgChart1"/>
    <dgm:cxn modelId="{288607AE-15C7-4997-B4C5-08B71DE51D24}" type="presParOf" srcId="{A15BC4DC-CD7A-4E48-9BC8-21A8E9B23CE2}" destId="{32E9ACC9-C8CF-4EE3-A3BB-1F7595EAD12B}" srcOrd="3" destOrd="0" presId="urn:microsoft.com/office/officeart/2005/8/layout/orgChart1"/>
    <dgm:cxn modelId="{9611A962-65A9-4DA6-95C0-A415D5442C85}" type="presParOf" srcId="{32E9ACC9-C8CF-4EE3-A3BB-1F7595EAD12B}" destId="{C2E603BD-44DB-4828-B905-702D53B124F0}" srcOrd="0" destOrd="0" presId="urn:microsoft.com/office/officeart/2005/8/layout/orgChart1"/>
    <dgm:cxn modelId="{465C673E-7EB5-4217-BAD3-8408E617DE9C}" type="presParOf" srcId="{C2E603BD-44DB-4828-B905-702D53B124F0}" destId="{7DDAAB48-E515-4720-B382-80F8EA8C5667}" srcOrd="0" destOrd="0" presId="urn:microsoft.com/office/officeart/2005/8/layout/orgChart1"/>
    <dgm:cxn modelId="{B78A1384-BEE2-4EBF-87B5-D42E952F3266}" type="presOf" srcId="{604B7B22-C4EC-48A5-9B6D-09D3A5ECDFBA}" destId="{7DDAAB48-E515-4720-B382-80F8EA8C5667}" srcOrd="0" destOrd="0" presId="urn:microsoft.com/office/officeart/2005/8/layout/orgChart1"/>
    <dgm:cxn modelId="{7D986F76-7E93-4F2E-92BD-9351F8AD7519}" type="presParOf" srcId="{C2E603BD-44DB-4828-B905-702D53B124F0}" destId="{338B39C1-B7A7-4E32-ACF8-E7F0348EACB3}" srcOrd="1" destOrd="0" presId="urn:microsoft.com/office/officeart/2005/8/layout/orgChart1"/>
    <dgm:cxn modelId="{E1D3BCAD-FEAF-478B-B7D1-61EA9DEF82F4}" type="presOf" srcId="{604B7B22-C4EC-48A5-9B6D-09D3A5ECDFBA}" destId="{338B39C1-B7A7-4E32-ACF8-E7F0348EACB3}" srcOrd="1" destOrd="0" presId="urn:microsoft.com/office/officeart/2005/8/layout/orgChart1"/>
    <dgm:cxn modelId="{AAF021A8-65B3-4B8B-B93D-790AB8C68B69}" type="presParOf" srcId="{32E9ACC9-C8CF-4EE3-A3BB-1F7595EAD12B}" destId="{549F18A6-E0EF-439A-9FC9-7C15E05E707F}" srcOrd="1" destOrd="0" presId="urn:microsoft.com/office/officeart/2005/8/layout/orgChart1"/>
    <dgm:cxn modelId="{7C24888F-6358-4E71-8491-1A10F687AE0C}" type="presParOf" srcId="{32E9ACC9-C8CF-4EE3-A3BB-1F7595EAD12B}" destId="{951230E6-EB42-40FE-AAB8-64DDA0E27D0C}" srcOrd="2" destOrd="0" presId="urn:microsoft.com/office/officeart/2005/8/layout/orgChart1"/>
    <dgm:cxn modelId="{27B9F01C-909D-4342-A57C-ADEB3A4EC85E}" type="presParOf" srcId="{A15BC4DC-CD7A-4E48-9BC8-21A8E9B23CE2}" destId="{85F9F9D2-417E-4AB6-9014-48E2EBE77576}" srcOrd="4" destOrd="0" presId="urn:microsoft.com/office/officeart/2005/8/layout/orgChart1"/>
    <dgm:cxn modelId="{8FCB17DF-4D03-4FE7-8358-5731F20BCA66}" type="presOf" srcId="{8A8842CF-59E5-4328-B9CB-5B470CB6D527}" destId="{85F9F9D2-417E-4AB6-9014-48E2EBE77576}" srcOrd="0" destOrd="0" presId="urn:microsoft.com/office/officeart/2005/8/layout/orgChart1"/>
    <dgm:cxn modelId="{8504C7F8-11DC-4CF0-A862-665EE17CE22D}" type="presParOf" srcId="{A15BC4DC-CD7A-4E48-9BC8-21A8E9B23CE2}" destId="{1A2207D2-8F0A-4960-9198-0E48D5BFAA16}" srcOrd="5" destOrd="0" presId="urn:microsoft.com/office/officeart/2005/8/layout/orgChart1"/>
    <dgm:cxn modelId="{93D7DB4E-DEF9-4D40-A981-3BDF097ADF36}" type="presParOf" srcId="{1A2207D2-8F0A-4960-9198-0E48D5BFAA16}" destId="{6AC40253-74B6-4F5A-8DEA-015E6008077B}" srcOrd="0" destOrd="0" presId="urn:microsoft.com/office/officeart/2005/8/layout/orgChart1"/>
    <dgm:cxn modelId="{1EECD10C-E817-464F-AE56-ECCC3FF5E4DA}" type="presParOf" srcId="{6AC40253-74B6-4F5A-8DEA-015E6008077B}" destId="{6331BAE9-EE81-426C-BC33-C3E007A3DE13}" srcOrd="0" destOrd="0" presId="urn:microsoft.com/office/officeart/2005/8/layout/orgChart1"/>
    <dgm:cxn modelId="{0F96EE15-4656-4A98-A269-B9970DB99E88}" type="presOf" srcId="{A2F3F1B5-9E64-4C01-ABB2-262ADDCAD0E8}" destId="{6331BAE9-EE81-426C-BC33-C3E007A3DE13}" srcOrd="0" destOrd="0" presId="urn:microsoft.com/office/officeart/2005/8/layout/orgChart1"/>
    <dgm:cxn modelId="{595B1D5A-A21C-4AB0-8899-CE106C8515CA}" type="presParOf" srcId="{6AC40253-74B6-4F5A-8DEA-015E6008077B}" destId="{B686CE28-13FE-46DA-B6FD-C1DC6701581D}" srcOrd="1" destOrd="0" presId="urn:microsoft.com/office/officeart/2005/8/layout/orgChart1"/>
    <dgm:cxn modelId="{D04CE0BA-A274-4FC8-8388-7DC683F66BB9}" type="presOf" srcId="{A2F3F1B5-9E64-4C01-ABB2-262ADDCAD0E8}" destId="{B686CE28-13FE-46DA-B6FD-C1DC6701581D}" srcOrd="1" destOrd="0" presId="urn:microsoft.com/office/officeart/2005/8/layout/orgChart1"/>
    <dgm:cxn modelId="{77062783-521D-47A0-87F0-F20EA1DA3C47}" type="presParOf" srcId="{1A2207D2-8F0A-4960-9198-0E48D5BFAA16}" destId="{F200475F-4504-440B-AAE4-80815E5AA8A8}" srcOrd="1" destOrd="0" presId="urn:microsoft.com/office/officeart/2005/8/layout/orgChart1"/>
    <dgm:cxn modelId="{A9D3CEF4-E894-4806-BE9C-B20F9DB779EF}" type="presParOf" srcId="{1A2207D2-8F0A-4960-9198-0E48D5BFAA16}" destId="{FB0EE3A9-BF71-4A33-8378-299B8BA05127}" srcOrd="2" destOrd="0" presId="urn:microsoft.com/office/officeart/2005/8/layout/orgChart1"/>
    <dgm:cxn modelId="{319A89CB-691F-4A6A-BF92-3AFACFDBEE1D}" type="presParOf" srcId="{A15BC4DC-CD7A-4E48-9BC8-21A8E9B23CE2}" destId="{F9F253F4-0CB6-4065-87E6-2BA59A392A55}" srcOrd="6" destOrd="0" presId="urn:microsoft.com/office/officeart/2005/8/layout/orgChart1"/>
    <dgm:cxn modelId="{4C6614BA-5B36-4066-8F4E-563EBCD136CC}" type="presOf" srcId="{F89875C7-8D1A-4B26-A9CC-44D32E840B8D}" destId="{F9F253F4-0CB6-4065-87E6-2BA59A392A55}" srcOrd="0" destOrd="0" presId="urn:microsoft.com/office/officeart/2005/8/layout/orgChart1"/>
    <dgm:cxn modelId="{02663090-BA32-4EF3-AC9D-2A1F42DB507E}" type="presParOf" srcId="{A15BC4DC-CD7A-4E48-9BC8-21A8E9B23CE2}" destId="{3DCC1143-B194-49A4-AF73-8EDFE439E937}" srcOrd="7" destOrd="0" presId="urn:microsoft.com/office/officeart/2005/8/layout/orgChart1"/>
    <dgm:cxn modelId="{B1C927C6-4B77-4121-8B83-EC531FEC4F2B}" type="presParOf" srcId="{3DCC1143-B194-49A4-AF73-8EDFE439E937}" destId="{6922B02B-B5E7-48EB-9B36-C3B09781D43D}" srcOrd="0" destOrd="0" presId="urn:microsoft.com/office/officeart/2005/8/layout/orgChart1"/>
    <dgm:cxn modelId="{FADCCCD3-90A4-4C7D-8CF4-ECD5D6B16D24}" type="presParOf" srcId="{6922B02B-B5E7-48EB-9B36-C3B09781D43D}" destId="{E3AA8365-D98E-4312-A598-0BE6BB77D340}" srcOrd="0" destOrd="0" presId="urn:microsoft.com/office/officeart/2005/8/layout/orgChart1"/>
    <dgm:cxn modelId="{3EC06794-E389-4593-BD2C-FB822870286A}" type="presOf" srcId="{F9C5B810-731E-446F-9DDD-37104C6E7290}" destId="{E3AA8365-D98E-4312-A598-0BE6BB77D340}" srcOrd="0" destOrd="0" presId="urn:microsoft.com/office/officeart/2005/8/layout/orgChart1"/>
    <dgm:cxn modelId="{0DEC8309-62AD-4562-9DE7-B873DAEE3FA3}" type="presParOf" srcId="{6922B02B-B5E7-48EB-9B36-C3B09781D43D}" destId="{181311A0-2731-45DD-85C6-5ED6A95F1897}" srcOrd="1" destOrd="0" presId="urn:microsoft.com/office/officeart/2005/8/layout/orgChart1"/>
    <dgm:cxn modelId="{DC2037CB-2D08-4A82-B189-9651A39D2CF5}" type="presOf" srcId="{F9C5B810-731E-446F-9DDD-37104C6E7290}" destId="{181311A0-2731-45DD-85C6-5ED6A95F1897}" srcOrd="1" destOrd="0" presId="urn:microsoft.com/office/officeart/2005/8/layout/orgChart1"/>
    <dgm:cxn modelId="{B246E4FA-4FEF-49C7-B7B4-E202AA83B702}" type="presParOf" srcId="{3DCC1143-B194-49A4-AF73-8EDFE439E937}" destId="{03F534A9-2C81-4AAF-B7B0-F2D3A6F5D88C}" srcOrd="1" destOrd="0" presId="urn:microsoft.com/office/officeart/2005/8/layout/orgChart1"/>
    <dgm:cxn modelId="{23659626-62C7-448D-940D-2CE19C40CE68}" type="presParOf" srcId="{3DCC1143-B194-49A4-AF73-8EDFE439E937}" destId="{D7C6506A-8A48-4325-A227-DB6C1B78C362}" srcOrd="2" destOrd="0" presId="urn:microsoft.com/office/officeart/2005/8/layout/orgChart1"/>
    <dgm:cxn modelId="{AAE4B4F6-5360-42D7-8E0F-2CA34987248C}" type="presParOf" srcId="{777B29EF-186E-425F-A137-40C1464AEDDB}" destId="{482C1810-7838-480C-AB4C-6DF4DE372724}" srcOrd="6" destOrd="0" presId="urn:microsoft.com/office/officeart/2005/8/layout/orgChart1"/>
    <dgm:cxn modelId="{734B5D93-5C52-489D-AD79-046717B74C34}" type="presOf" srcId="{DA7455BB-A047-4FFA-A88A-04847B11646F}" destId="{482C1810-7838-480C-AB4C-6DF4DE372724}" srcOrd="0" destOrd="0" presId="urn:microsoft.com/office/officeart/2005/8/layout/orgChart1"/>
    <dgm:cxn modelId="{925EA27E-B5BD-4805-852E-4ACD82A12E42}" type="presParOf" srcId="{777B29EF-186E-425F-A137-40C1464AEDDB}" destId="{7719C38D-1CC7-4FF4-A8E4-1631EFB6FE08}" srcOrd="7" destOrd="0" presId="urn:microsoft.com/office/officeart/2005/8/layout/orgChart1"/>
    <dgm:cxn modelId="{4EB7F765-A31C-4517-ABF9-5B0C6AACB80B}" type="presParOf" srcId="{7719C38D-1CC7-4FF4-A8E4-1631EFB6FE08}" destId="{F60E66BD-10D5-4899-9575-392E3571BE23}" srcOrd="0" destOrd="0" presId="urn:microsoft.com/office/officeart/2005/8/layout/orgChart1"/>
    <dgm:cxn modelId="{A9CBF0D5-E575-49F4-B5C9-2CF3ECF45B71}" type="presParOf" srcId="{F60E66BD-10D5-4899-9575-392E3571BE23}" destId="{71B9B79F-B6D2-4C96-9715-B7AD9FC9E303}" srcOrd="0" destOrd="0" presId="urn:microsoft.com/office/officeart/2005/8/layout/orgChart1"/>
    <dgm:cxn modelId="{D7156C0F-81F7-4A93-9E6D-0D83610F6475}" type="presOf" srcId="{E3D67C85-AEFD-44FB-92F9-4873D43234DD}" destId="{71B9B79F-B6D2-4C96-9715-B7AD9FC9E303}" srcOrd="0" destOrd="0" presId="urn:microsoft.com/office/officeart/2005/8/layout/orgChart1"/>
    <dgm:cxn modelId="{1579C5C6-155D-4024-9169-69DC63E620A8}" type="presParOf" srcId="{F60E66BD-10D5-4899-9575-392E3571BE23}" destId="{7BD216E7-B33E-4634-8084-76DF238A1A29}" srcOrd="1" destOrd="0" presId="urn:microsoft.com/office/officeart/2005/8/layout/orgChart1"/>
    <dgm:cxn modelId="{7B3AFFD2-C189-4886-BA9E-A3D140024A0A}" type="presOf" srcId="{E3D67C85-AEFD-44FB-92F9-4873D43234DD}" destId="{7BD216E7-B33E-4634-8084-76DF238A1A29}" srcOrd="1" destOrd="0" presId="urn:microsoft.com/office/officeart/2005/8/layout/orgChart1"/>
    <dgm:cxn modelId="{C6CA98D0-5240-4BA0-8A7D-66F490FE2769}" type="presParOf" srcId="{7719C38D-1CC7-4FF4-A8E4-1631EFB6FE08}" destId="{91072DB4-F322-4B25-A362-7AA3A685E07E}" srcOrd="1" destOrd="0" presId="urn:microsoft.com/office/officeart/2005/8/layout/orgChart1"/>
    <dgm:cxn modelId="{718E2BBA-45BE-4F61-BB4E-564E76D1D355}" type="presParOf" srcId="{7719C38D-1CC7-4FF4-A8E4-1631EFB6FE08}" destId="{C1359A27-EA95-4ADD-95B5-4BCB27C600FF}" srcOrd="2" destOrd="0" presId="urn:microsoft.com/office/officeart/2005/8/layout/orgChart1"/>
    <dgm:cxn modelId="{876F7BF0-129C-49C0-9833-0E9A87C5456E}" type="presParOf" srcId="{91072DB4-F322-4B25-A362-7AA3A685E07E}" destId="{9B1FB452-BEB2-4895-98D0-2759FB21E2A8}" srcOrd="0" destOrd="0" presId="urn:microsoft.com/office/officeart/2005/8/layout/orgChart1"/>
    <dgm:cxn modelId="{35837D55-FA08-4F7F-BD10-3F33FDA3521E}" type="presOf" srcId="{338D9591-FB45-462E-A3AF-25856D28154A}" destId="{9B1FB452-BEB2-4895-98D0-2759FB21E2A8}" srcOrd="0" destOrd="0" presId="urn:microsoft.com/office/officeart/2005/8/layout/orgChart1"/>
    <dgm:cxn modelId="{A697DBE4-3B16-41FE-8340-0FD0810DD647}" type="presParOf" srcId="{91072DB4-F322-4B25-A362-7AA3A685E07E}" destId="{50A9A4EF-E392-41A3-8790-E920AC1BC1D4}" srcOrd="1" destOrd="0" presId="urn:microsoft.com/office/officeart/2005/8/layout/orgChart1"/>
    <dgm:cxn modelId="{6EBCEF4D-048F-43F7-9B2A-68F008718DA7}" type="presParOf" srcId="{50A9A4EF-E392-41A3-8790-E920AC1BC1D4}" destId="{28A528CB-F8A5-4910-9E21-03BFE234B7BA}" srcOrd="0" destOrd="0" presId="urn:microsoft.com/office/officeart/2005/8/layout/orgChart1"/>
    <dgm:cxn modelId="{56FE2004-A9BA-45DC-8B56-C14025D90A4C}" type="presParOf" srcId="{28A528CB-F8A5-4910-9E21-03BFE234B7BA}" destId="{328CE39A-9950-4372-9C0C-512690A97CE8}" srcOrd="0" destOrd="0" presId="urn:microsoft.com/office/officeart/2005/8/layout/orgChart1"/>
    <dgm:cxn modelId="{9C8B0D02-4349-495D-A46B-C78F369B2F3B}" type="presOf" srcId="{9D34BA91-6077-4148-A723-A4779D8DA534}" destId="{328CE39A-9950-4372-9C0C-512690A97CE8}" srcOrd="0" destOrd="0" presId="urn:microsoft.com/office/officeart/2005/8/layout/orgChart1"/>
    <dgm:cxn modelId="{0160251E-DA33-41FA-9D59-019EF62B1178}" type="presParOf" srcId="{28A528CB-F8A5-4910-9E21-03BFE234B7BA}" destId="{7F202B9D-4A17-4201-A677-8DAF4B42EFE4}" srcOrd="1" destOrd="0" presId="urn:microsoft.com/office/officeart/2005/8/layout/orgChart1"/>
    <dgm:cxn modelId="{7804BA01-1FD7-4BC9-AC76-81DD0606DDCA}" type="presOf" srcId="{9D34BA91-6077-4148-A723-A4779D8DA534}" destId="{7F202B9D-4A17-4201-A677-8DAF4B42EFE4}" srcOrd="1" destOrd="0" presId="urn:microsoft.com/office/officeart/2005/8/layout/orgChart1"/>
    <dgm:cxn modelId="{4011418C-4E9A-47F0-9697-9A9FEF88A24D}" type="presParOf" srcId="{50A9A4EF-E392-41A3-8790-E920AC1BC1D4}" destId="{7AF043B9-3607-461D-849E-2928116B3DC2}" srcOrd="1" destOrd="0" presId="urn:microsoft.com/office/officeart/2005/8/layout/orgChart1"/>
    <dgm:cxn modelId="{74C62A0D-3264-4788-BED3-5C3795ED04F5}" type="presParOf" srcId="{50A9A4EF-E392-41A3-8790-E920AC1BC1D4}" destId="{16595017-C237-43B9-8AEC-3DE0D51E7C13}" srcOrd="2" destOrd="0" presId="urn:microsoft.com/office/officeart/2005/8/layout/orgChart1"/>
    <dgm:cxn modelId="{F9A6BAC7-1619-48BF-AE63-86AFB12AF4D2}" type="presParOf" srcId="{91072DB4-F322-4B25-A362-7AA3A685E07E}" destId="{763D9759-A5FC-4566-9E12-251A529870EB}" srcOrd="2" destOrd="0" presId="urn:microsoft.com/office/officeart/2005/8/layout/orgChart1"/>
    <dgm:cxn modelId="{F7D74692-CF85-48E0-AC8E-C74903417164}" type="presOf" srcId="{AF18B50B-C9B5-4731-A016-155C9ED67AE5}" destId="{763D9759-A5FC-4566-9E12-251A529870EB}" srcOrd="0" destOrd="0" presId="urn:microsoft.com/office/officeart/2005/8/layout/orgChart1"/>
    <dgm:cxn modelId="{B7EB5C8C-BFDC-4F94-A423-0CF3E7D4310B}" type="presParOf" srcId="{91072DB4-F322-4B25-A362-7AA3A685E07E}" destId="{C32DB249-002B-4F68-AE25-8A0C52C2B587}" srcOrd="3" destOrd="0" presId="urn:microsoft.com/office/officeart/2005/8/layout/orgChart1"/>
    <dgm:cxn modelId="{FC3AB2E7-4400-4287-82EE-A95376C8F252}" type="presParOf" srcId="{C32DB249-002B-4F68-AE25-8A0C52C2B587}" destId="{8A4E95F1-E108-40B0-8674-9762AD979986}" srcOrd="0" destOrd="0" presId="urn:microsoft.com/office/officeart/2005/8/layout/orgChart1"/>
    <dgm:cxn modelId="{F915522E-63ED-4F2D-ADA9-A7A0FB7E4E05}" type="presParOf" srcId="{8A4E95F1-E108-40B0-8674-9762AD979986}" destId="{DE400375-9C98-4F46-8175-AE597FA91088}" srcOrd="0" destOrd="0" presId="urn:microsoft.com/office/officeart/2005/8/layout/orgChart1"/>
    <dgm:cxn modelId="{35CB61D5-479F-4ECB-A16A-048F92AB24EF}" type="presOf" srcId="{6567266B-4B49-4A48-B623-752F2CB1733B}" destId="{DE400375-9C98-4F46-8175-AE597FA91088}" srcOrd="0" destOrd="0" presId="urn:microsoft.com/office/officeart/2005/8/layout/orgChart1"/>
    <dgm:cxn modelId="{0A856225-67E5-460C-AD29-DA48D6643FC8}" type="presParOf" srcId="{8A4E95F1-E108-40B0-8674-9762AD979986}" destId="{DA6F5437-9D57-4EED-BCA0-1A62A2009BEF}" srcOrd="1" destOrd="0" presId="urn:microsoft.com/office/officeart/2005/8/layout/orgChart1"/>
    <dgm:cxn modelId="{C578235C-3049-48AF-9658-280ED77C4E0C}" type="presOf" srcId="{6567266B-4B49-4A48-B623-752F2CB1733B}" destId="{DA6F5437-9D57-4EED-BCA0-1A62A2009BEF}" srcOrd="1" destOrd="0" presId="urn:microsoft.com/office/officeart/2005/8/layout/orgChart1"/>
    <dgm:cxn modelId="{24B2FC5E-110F-4B45-8BA2-75379CDB77B2}" type="presParOf" srcId="{C32DB249-002B-4F68-AE25-8A0C52C2B587}" destId="{3236B069-07BD-4813-ABA4-15C09FC65E3C}" srcOrd="1" destOrd="0" presId="urn:microsoft.com/office/officeart/2005/8/layout/orgChart1"/>
    <dgm:cxn modelId="{D722DC17-AECC-42E3-B372-C2AB3983257B}" type="presParOf" srcId="{C32DB249-002B-4F68-AE25-8A0C52C2B587}" destId="{CEAAF13D-1519-4545-AAFD-AFEF1E164281}" srcOrd="2" destOrd="0" presId="urn:microsoft.com/office/officeart/2005/8/layout/orgChart1"/>
    <dgm:cxn modelId="{E49F6ECA-A76B-48D9-875D-D9827045464B}" type="presParOf" srcId="{91072DB4-F322-4B25-A362-7AA3A685E07E}" destId="{C03E0C8F-1C6C-465E-884E-F233BABD35A0}" srcOrd="4" destOrd="0" presId="urn:microsoft.com/office/officeart/2005/8/layout/orgChart1"/>
    <dgm:cxn modelId="{518C5625-A216-4C92-B12C-3FF48AC0E231}" type="presOf" srcId="{F07DE006-D7C9-4775-B2BF-B75FF6CFC834}" destId="{C03E0C8F-1C6C-465E-884E-F233BABD35A0}" srcOrd="0" destOrd="0" presId="urn:microsoft.com/office/officeart/2005/8/layout/orgChart1"/>
    <dgm:cxn modelId="{60107AFA-588C-49A1-AFBE-75F50B243F96}" type="presParOf" srcId="{91072DB4-F322-4B25-A362-7AA3A685E07E}" destId="{3BD36BFC-DFFC-4658-B428-694A709C686C}" srcOrd="5" destOrd="0" presId="urn:microsoft.com/office/officeart/2005/8/layout/orgChart1"/>
    <dgm:cxn modelId="{1477C6D3-6200-4D7D-9974-75C960DEAE90}" type="presParOf" srcId="{3BD36BFC-DFFC-4658-B428-694A709C686C}" destId="{6D1C99A5-C39E-4C3C-AC18-542611B70279}" srcOrd="0" destOrd="0" presId="urn:microsoft.com/office/officeart/2005/8/layout/orgChart1"/>
    <dgm:cxn modelId="{180E6364-983A-432F-84AE-06A125079EB2}" type="presParOf" srcId="{6D1C99A5-C39E-4C3C-AC18-542611B70279}" destId="{6E48FFDC-5854-48EB-9CB0-B7F6338EF609}" srcOrd="0" destOrd="0" presId="urn:microsoft.com/office/officeart/2005/8/layout/orgChart1"/>
    <dgm:cxn modelId="{91E2C7F3-34D5-499C-B790-24135ACF0247}" type="presOf" srcId="{B78A72E0-B407-4B38-BF50-7ED55C8B1D40}" destId="{6E48FFDC-5854-48EB-9CB0-B7F6338EF609}" srcOrd="0" destOrd="0" presId="urn:microsoft.com/office/officeart/2005/8/layout/orgChart1"/>
    <dgm:cxn modelId="{624F351E-BF47-4D43-9F07-8B0BF714DED5}" type="presParOf" srcId="{6D1C99A5-C39E-4C3C-AC18-542611B70279}" destId="{6EA64444-2E24-4989-A0A0-15C4E4AD0177}" srcOrd="1" destOrd="0" presId="urn:microsoft.com/office/officeart/2005/8/layout/orgChart1"/>
    <dgm:cxn modelId="{F268626A-8091-411F-B9EA-4F4D6CEB7F38}" type="presOf" srcId="{B78A72E0-B407-4B38-BF50-7ED55C8B1D40}" destId="{6EA64444-2E24-4989-A0A0-15C4E4AD0177}" srcOrd="1" destOrd="0" presId="urn:microsoft.com/office/officeart/2005/8/layout/orgChart1"/>
    <dgm:cxn modelId="{9462989A-4FBA-417D-B36F-DEFC0F7B85C9}" type="presParOf" srcId="{3BD36BFC-DFFC-4658-B428-694A709C686C}" destId="{A3EB050C-0E2A-4037-A54D-06F4D51DF2F9}" srcOrd="1" destOrd="0" presId="urn:microsoft.com/office/officeart/2005/8/layout/orgChart1"/>
    <dgm:cxn modelId="{F8DCCB26-336B-4286-8B5B-8246BE66EABD}" type="presParOf" srcId="{3BD36BFC-DFFC-4658-B428-694A709C686C}" destId="{79E3BA54-E4E7-4F92-AA47-9C127AAB967A}" srcOrd="2" destOrd="0" presId="urn:microsoft.com/office/officeart/2005/8/layout/orgChart1"/>
    <dgm:cxn modelId="{5969DC3F-66F7-4FB4-ABF7-997E108CE637}" type="presParOf" srcId="{777B29EF-186E-425F-A137-40C1464AEDDB}" destId="{7CCAEF4D-F97C-4FF0-AB56-FBC64C7835C9}" srcOrd="8" destOrd="0" presId="urn:microsoft.com/office/officeart/2005/8/layout/orgChart1"/>
    <dgm:cxn modelId="{CEE37A74-8810-456F-AB86-737FF1A3C9F5}" type="presOf" srcId="{951FE0CC-19A1-434F-9BCA-9613033B0250}" destId="{7CCAEF4D-F97C-4FF0-AB56-FBC64C7835C9}" srcOrd="0" destOrd="0" presId="urn:microsoft.com/office/officeart/2005/8/layout/orgChart1"/>
    <dgm:cxn modelId="{909F6007-5521-4851-8C25-EB62ECFCD4BF}" type="presParOf" srcId="{777B29EF-186E-425F-A137-40C1464AEDDB}" destId="{CE259DE3-D46D-44BB-8FA1-785CC5368D57}" srcOrd="9" destOrd="0" presId="urn:microsoft.com/office/officeart/2005/8/layout/orgChart1"/>
    <dgm:cxn modelId="{081312A7-597D-4B33-A60F-BDB70E346D08}" type="presParOf" srcId="{CE259DE3-D46D-44BB-8FA1-785CC5368D57}" destId="{9936CF3E-0EEF-48ED-84E1-DE2A2079397D}" srcOrd="0" destOrd="0" presId="urn:microsoft.com/office/officeart/2005/8/layout/orgChart1"/>
    <dgm:cxn modelId="{4F44DC73-3E59-4326-9C79-EDA806E06401}" type="presParOf" srcId="{9936CF3E-0EEF-48ED-84E1-DE2A2079397D}" destId="{6D99441E-B8A4-4300-8AE0-2327C9087271}" srcOrd="0" destOrd="0" presId="urn:microsoft.com/office/officeart/2005/8/layout/orgChart1"/>
    <dgm:cxn modelId="{987DC12C-A4F1-41C7-858E-F96F0C6EB90F}" type="presOf" srcId="{01CAF444-62A1-4ADA-9F37-99A30526010D}" destId="{6D99441E-B8A4-4300-8AE0-2327C9087271}" srcOrd="0" destOrd="0" presId="urn:microsoft.com/office/officeart/2005/8/layout/orgChart1"/>
    <dgm:cxn modelId="{53BFFDB8-23CD-4634-A9FD-F347A1D2B84A}" type="presParOf" srcId="{9936CF3E-0EEF-48ED-84E1-DE2A2079397D}" destId="{2859774A-74C8-4F50-9293-6C1369AFADDB}" srcOrd="1" destOrd="0" presId="urn:microsoft.com/office/officeart/2005/8/layout/orgChart1"/>
    <dgm:cxn modelId="{C92C818E-F546-469E-9511-7382425DDB93}" type="presOf" srcId="{01CAF444-62A1-4ADA-9F37-99A30526010D}" destId="{2859774A-74C8-4F50-9293-6C1369AFADDB}" srcOrd="1" destOrd="0" presId="urn:microsoft.com/office/officeart/2005/8/layout/orgChart1"/>
    <dgm:cxn modelId="{E39649F4-BB7B-48F8-95CD-EC258E570C3C}" type="presParOf" srcId="{CE259DE3-D46D-44BB-8FA1-785CC5368D57}" destId="{E9B43F22-46CD-41FA-8E74-6905CB573EEC}" srcOrd="1" destOrd="0" presId="urn:microsoft.com/office/officeart/2005/8/layout/orgChart1"/>
    <dgm:cxn modelId="{0BEA6A29-241E-4FAC-824B-63DC553A502B}" type="presParOf" srcId="{CE259DE3-D46D-44BB-8FA1-785CC5368D57}" destId="{B964B2BE-5C3C-47ED-80B7-EA2D91702C14}" srcOrd="2" destOrd="0" presId="urn:microsoft.com/office/officeart/2005/8/layout/orgChart1"/>
    <dgm:cxn modelId="{5D87CBCF-3D5A-412F-AFFA-8528EEF60B65}" type="presParOf" srcId="{E9B43F22-46CD-41FA-8E74-6905CB573EEC}" destId="{35A62A22-604A-4A9A-9F3F-D7D286E75A3B}" srcOrd="0" destOrd="0" presId="urn:microsoft.com/office/officeart/2005/8/layout/orgChart1"/>
    <dgm:cxn modelId="{CF347692-0D0A-4DE1-A2BA-30D9336E0902}" type="presOf" srcId="{0852A851-673E-41DB-A34B-E57C3D8C7025}" destId="{35A62A22-604A-4A9A-9F3F-D7D286E75A3B}" srcOrd="0" destOrd="0" presId="urn:microsoft.com/office/officeart/2005/8/layout/orgChart1"/>
    <dgm:cxn modelId="{FC1CADA7-02CA-4A52-9510-B09F655C99F5}" type="presParOf" srcId="{E9B43F22-46CD-41FA-8E74-6905CB573EEC}" destId="{5D9EDDA2-6A06-4067-8ED6-A6423675D87E}" srcOrd="1" destOrd="0" presId="urn:microsoft.com/office/officeart/2005/8/layout/orgChart1"/>
    <dgm:cxn modelId="{BC28CDD2-E9E5-4A4B-A0AE-513957D7F1C0}" type="presParOf" srcId="{5D9EDDA2-6A06-4067-8ED6-A6423675D87E}" destId="{6EBFB6A1-AA98-4C11-B7D6-495FEF8D61F3}" srcOrd="0" destOrd="0" presId="urn:microsoft.com/office/officeart/2005/8/layout/orgChart1"/>
    <dgm:cxn modelId="{5AB7A071-349B-47FC-9AF6-2965B97BE2A0}" type="presParOf" srcId="{6EBFB6A1-AA98-4C11-B7D6-495FEF8D61F3}" destId="{DD33A4FE-7593-4B51-A899-C12CEDA51025}" srcOrd="0" destOrd="0" presId="urn:microsoft.com/office/officeart/2005/8/layout/orgChart1"/>
    <dgm:cxn modelId="{5367DA60-DEF7-411E-B994-1146405C9012}" type="presOf" srcId="{BD445D2E-8B31-45EE-A568-00E686F686B6}" destId="{DD33A4FE-7593-4B51-A899-C12CEDA51025}" srcOrd="0" destOrd="0" presId="urn:microsoft.com/office/officeart/2005/8/layout/orgChart1"/>
    <dgm:cxn modelId="{53B227DF-1F9C-4207-A1E1-7277E928435C}" type="presParOf" srcId="{6EBFB6A1-AA98-4C11-B7D6-495FEF8D61F3}" destId="{1DE69010-50F3-47EF-9C95-43A98DACE8C2}" srcOrd="1" destOrd="0" presId="urn:microsoft.com/office/officeart/2005/8/layout/orgChart1"/>
    <dgm:cxn modelId="{934E0BFF-0D92-45A4-A73D-061FB983CAB7}" type="presOf" srcId="{BD445D2E-8B31-45EE-A568-00E686F686B6}" destId="{1DE69010-50F3-47EF-9C95-43A98DACE8C2}" srcOrd="1" destOrd="0" presId="urn:microsoft.com/office/officeart/2005/8/layout/orgChart1"/>
    <dgm:cxn modelId="{A936FEDF-462C-4ABD-B3D6-A17B489D41A8}" type="presParOf" srcId="{5D9EDDA2-6A06-4067-8ED6-A6423675D87E}" destId="{CD86CA6A-1F06-4BEA-8388-3D0580F1105D}" srcOrd="1" destOrd="0" presId="urn:microsoft.com/office/officeart/2005/8/layout/orgChart1"/>
    <dgm:cxn modelId="{07DA74E3-0A71-4B11-A4F3-730732B00565}" type="presParOf" srcId="{5D9EDDA2-6A06-4067-8ED6-A6423675D87E}" destId="{D95C5279-7723-49A5-9DF8-3565ED32C0CB}" srcOrd="2" destOrd="0" presId="urn:microsoft.com/office/officeart/2005/8/layout/orgChart1"/>
    <dgm:cxn modelId="{E61DF768-FBBD-4979-A331-3512BB9DA650}" type="presParOf" srcId="{E9B43F22-46CD-41FA-8E74-6905CB573EEC}" destId="{17B9EE00-5333-4485-BE5A-FFEF74F2BE9F}" srcOrd="2" destOrd="0" presId="urn:microsoft.com/office/officeart/2005/8/layout/orgChart1"/>
    <dgm:cxn modelId="{B827F2AB-4649-462A-A588-31585BFF02FE}" type="presOf" srcId="{6F0BC9F3-100D-457A-A4D4-4292BC36ED98}" destId="{17B9EE00-5333-4485-BE5A-FFEF74F2BE9F}" srcOrd="0" destOrd="0" presId="urn:microsoft.com/office/officeart/2005/8/layout/orgChart1"/>
    <dgm:cxn modelId="{0D5A5B0D-8A11-4381-B5DC-8ED2328A76F3}" type="presParOf" srcId="{E9B43F22-46CD-41FA-8E74-6905CB573EEC}" destId="{C5D23C6C-B5FF-4A8D-B582-891E19038B11}" srcOrd="3" destOrd="0" presId="urn:microsoft.com/office/officeart/2005/8/layout/orgChart1"/>
    <dgm:cxn modelId="{B1F307C5-4908-4A0C-ACF2-2D2D3B92D825}" type="presParOf" srcId="{C5D23C6C-B5FF-4A8D-B582-891E19038B11}" destId="{9ED53212-5134-4780-A780-6A9FA425FD1D}" srcOrd="0" destOrd="0" presId="urn:microsoft.com/office/officeart/2005/8/layout/orgChart1"/>
    <dgm:cxn modelId="{0032D4C9-DA47-42B9-B92E-AA4A4FF0E266}" type="presParOf" srcId="{9ED53212-5134-4780-A780-6A9FA425FD1D}" destId="{9BA8D51C-3982-4EF5-96DB-456C8A622266}" srcOrd="0" destOrd="0" presId="urn:microsoft.com/office/officeart/2005/8/layout/orgChart1"/>
    <dgm:cxn modelId="{F88AEBAD-F004-46E7-AF59-293D0D1DC72E}" type="presOf" srcId="{CE405D7F-2217-429A-807A-22D6D701BD8F}" destId="{9BA8D51C-3982-4EF5-96DB-456C8A622266}" srcOrd="0" destOrd="0" presId="urn:microsoft.com/office/officeart/2005/8/layout/orgChart1"/>
    <dgm:cxn modelId="{26790EA3-0FE8-452B-927E-08AEE99FF767}" type="presParOf" srcId="{9ED53212-5134-4780-A780-6A9FA425FD1D}" destId="{DEB039EA-AECC-442E-968A-B0EBC47ECE7D}" srcOrd="1" destOrd="0" presId="urn:microsoft.com/office/officeart/2005/8/layout/orgChart1"/>
    <dgm:cxn modelId="{D92B51B2-21BD-4115-B9D3-BEEB3136EA6E}" type="presOf" srcId="{CE405D7F-2217-429A-807A-22D6D701BD8F}" destId="{DEB039EA-AECC-442E-968A-B0EBC47ECE7D}" srcOrd="1" destOrd="0" presId="urn:microsoft.com/office/officeart/2005/8/layout/orgChart1"/>
    <dgm:cxn modelId="{E416668F-23C1-4DEF-8580-C10F54D31A5F}" type="presParOf" srcId="{C5D23C6C-B5FF-4A8D-B582-891E19038B11}" destId="{CD358652-A8C1-4107-A483-8B8ED42BE443}" srcOrd="1" destOrd="0" presId="urn:microsoft.com/office/officeart/2005/8/layout/orgChart1"/>
    <dgm:cxn modelId="{A8952C77-866A-41E6-A2E0-69913ECBBCAF}" type="presParOf" srcId="{C5D23C6C-B5FF-4A8D-B582-891E19038B11}" destId="{91441A18-3E53-4F71-B32C-E09FD51FA65A}" srcOrd="2" destOrd="0" presId="urn:microsoft.com/office/officeart/2005/8/layout/orgChart1"/>
    <dgm:cxn modelId="{B5883D21-4E55-48D6-80D5-95E9EFE0F4E7}" type="presParOf" srcId="{777B29EF-186E-425F-A137-40C1464AEDDB}" destId="{7F9A77AA-633F-40D3-909F-4E20B0008D9A}" srcOrd="10" destOrd="0" presId="urn:microsoft.com/office/officeart/2005/8/layout/orgChart1"/>
    <dgm:cxn modelId="{2C70FA53-30C3-4111-9DD4-6547A3F12A8F}" type="presOf" srcId="{1D785BAA-D945-42E4-876E-F9CC38619F0D}" destId="{7F9A77AA-633F-40D3-909F-4E20B0008D9A}" srcOrd="0" destOrd="0" presId="urn:microsoft.com/office/officeart/2005/8/layout/orgChart1"/>
    <dgm:cxn modelId="{04FCE84C-92CD-47EB-BAC0-9718A0773581}" type="presParOf" srcId="{777B29EF-186E-425F-A137-40C1464AEDDB}" destId="{A522AA36-5577-46D5-A820-8DD486A2DDBA}" srcOrd="11" destOrd="0" presId="urn:microsoft.com/office/officeart/2005/8/layout/orgChart1"/>
    <dgm:cxn modelId="{0CEEE7D8-0200-4C52-B8CD-4473D05FBDB6}" type="presParOf" srcId="{A522AA36-5577-46D5-A820-8DD486A2DDBA}" destId="{24D058BA-FA37-40C1-BAE2-0E2B18B32DD1}" srcOrd="0" destOrd="0" presId="urn:microsoft.com/office/officeart/2005/8/layout/orgChart1"/>
    <dgm:cxn modelId="{0F888596-6A08-4773-9EB7-F624212BB160}" type="presParOf" srcId="{24D058BA-FA37-40C1-BAE2-0E2B18B32DD1}" destId="{07227F9C-02BF-40B3-8C03-900C596A6591}" srcOrd="0" destOrd="0" presId="urn:microsoft.com/office/officeart/2005/8/layout/orgChart1"/>
    <dgm:cxn modelId="{8865DE06-BD14-478F-BCE8-253952FFC42A}" type="presOf" srcId="{67D1AF83-2AC5-4650-A3AE-6F57C61A4D4B}" destId="{07227F9C-02BF-40B3-8C03-900C596A6591}" srcOrd="0" destOrd="0" presId="urn:microsoft.com/office/officeart/2005/8/layout/orgChart1"/>
    <dgm:cxn modelId="{2BE227FE-BAE7-493E-8463-CC69B2E9DB80}" type="presParOf" srcId="{24D058BA-FA37-40C1-BAE2-0E2B18B32DD1}" destId="{9C358027-1E62-4CEB-B049-7989BBD33D57}" srcOrd="1" destOrd="0" presId="urn:microsoft.com/office/officeart/2005/8/layout/orgChart1"/>
    <dgm:cxn modelId="{7850FBE0-CA86-4F9C-9734-E8BF3A3A34A3}" type="presOf" srcId="{67D1AF83-2AC5-4650-A3AE-6F57C61A4D4B}" destId="{9C358027-1E62-4CEB-B049-7989BBD33D57}" srcOrd="1" destOrd="0" presId="urn:microsoft.com/office/officeart/2005/8/layout/orgChart1"/>
    <dgm:cxn modelId="{E6175ECC-F27D-4FC7-AC43-0E61D5AE43C6}" type="presParOf" srcId="{A522AA36-5577-46D5-A820-8DD486A2DDBA}" destId="{B1F33BA5-664C-428E-ACF4-FB871B631343}" srcOrd="1" destOrd="0" presId="urn:microsoft.com/office/officeart/2005/8/layout/orgChart1"/>
    <dgm:cxn modelId="{F0273895-C7B7-4DCA-8C23-8465C99C6F0B}" type="presParOf" srcId="{A522AA36-5577-46D5-A820-8DD486A2DDBA}" destId="{74C57AED-5C78-4D9D-BDF3-28C9CC2683C9}" srcOrd="2" destOrd="0" presId="urn:microsoft.com/office/officeart/2005/8/layout/orgChart1"/>
    <dgm:cxn modelId="{560B18A5-0F53-42A4-A0A1-D38972C4EFC4}" type="presParOf" srcId="{B1F33BA5-664C-428E-ACF4-FB871B631343}" destId="{329E10A7-1C6D-4ECB-8535-1D15BA580F0F}" srcOrd="0" destOrd="0" presId="urn:microsoft.com/office/officeart/2005/8/layout/orgChart1"/>
    <dgm:cxn modelId="{0D0FFE86-662E-4793-BA77-BEC43E7AA456}" type="presOf" srcId="{605AF1BB-0106-45D7-96CF-075C7D9EDA59}" destId="{329E10A7-1C6D-4ECB-8535-1D15BA580F0F}" srcOrd="0" destOrd="0" presId="urn:microsoft.com/office/officeart/2005/8/layout/orgChart1"/>
    <dgm:cxn modelId="{3E4700E2-063D-48B3-A15A-E49DCEEC917E}" type="presParOf" srcId="{B1F33BA5-664C-428E-ACF4-FB871B631343}" destId="{B22751EB-1F69-45B1-9561-991FC5E76CC3}" srcOrd="1" destOrd="0" presId="urn:microsoft.com/office/officeart/2005/8/layout/orgChart1"/>
    <dgm:cxn modelId="{3F898891-F0A4-4BB2-8BA4-AA254C14DFDA}" type="presParOf" srcId="{B22751EB-1F69-45B1-9561-991FC5E76CC3}" destId="{5F4C7A80-CF11-4475-9F64-28715D7EAF76}" srcOrd="0" destOrd="0" presId="urn:microsoft.com/office/officeart/2005/8/layout/orgChart1"/>
    <dgm:cxn modelId="{3351AC49-C3CE-4D50-8B88-5CF63D2BD0D9}" type="presParOf" srcId="{5F4C7A80-CF11-4475-9F64-28715D7EAF76}" destId="{974849C3-6BC9-4F4B-9635-BFDFCD526EDD}" srcOrd="0" destOrd="0" presId="urn:microsoft.com/office/officeart/2005/8/layout/orgChart1"/>
    <dgm:cxn modelId="{D0D2BAE9-83E6-47E1-9650-F9CF32EB3F3B}" type="presOf" srcId="{A5398D2D-5CDE-4074-8C7B-285EC32A299B}" destId="{974849C3-6BC9-4F4B-9635-BFDFCD526EDD}" srcOrd="0" destOrd="0" presId="urn:microsoft.com/office/officeart/2005/8/layout/orgChart1"/>
    <dgm:cxn modelId="{C310CDF8-782A-4D21-8F8F-6F86A03B1989}" type="presParOf" srcId="{5F4C7A80-CF11-4475-9F64-28715D7EAF76}" destId="{87071B6A-07CB-4A35-BD9A-278DA95B46B4}" srcOrd="1" destOrd="0" presId="urn:microsoft.com/office/officeart/2005/8/layout/orgChart1"/>
    <dgm:cxn modelId="{B99D3079-7713-479E-932D-ED99E2499C15}" type="presOf" srcId="{A5398D2D-5CDE-4074-8C7B-285EC32A299B}" destId="{87071B6A-07CB-4A35-BD9A-278DA95B46B4}" srcOrd="1" destOrd="0" presId="urn:microsoft.com/office/officeart/2005/8/layout/orgChart1"/>
    <dgm:cxn modelId="{5CB34E15-55D9-4D9D-8AB7-66B3084DCA2C}" type="presParOf" srcId="{B22751EB-1F69-45B1-9561-991FC5E76CC3}" destId="{0B194377-F063-4688-9088-E07AE8B52947}" srcOrd="1" destOrd="0" presId="urn:microsoft.com/office/officeart/2005/8/layout/orgChart1"/>
    <dgm:cxn modelId="{D8997BC9-F752-43B6-9AC3-15D0DE407860}" type="presParOf" srcId="{B22751EB-1F69-45B1-9561-991FC5E76CC3}" destId="{B7B8D9AB-22BE-44BA-B4C8-E21DF1DBB924}" srcOrd="2" destOrd="0" presId="urn:microsoft.com/office/officeart/2005/8/layout/orgChart1"/>
    <dgm:cxn modelId="{E21BA7CB-DD45-498A-B3BD-557980D92FEA}" type="presParOf" srcId="{B1F33BA5-664C-428E-ACF4-FB871B631343}" destId="{D502806D-8405-4FCC-BD93-771F55BB55AB}" srcOrd="2" destOrd="0" presId="urn:microsoft.com/office/officeart/2005/8/layout/orgChart1"/>
    <dgm:cxn modelId="{C2F2E92C-E868-406B-BE97-EBAD3923DE41}" type="presOf" srcId="{EB90103D-DA87-4EF9-A507-2172FCE5CD9D}" destId="{D502806D-8405-4FCC-BD93-771F55BB55AB}" srcOrd="0" destOrd="0" presId="urn:microsoft.com/office/officeart/2005/8/layout/orgChart1"/>
    <dgm:cxn modelId="{64808D4A-D574-4F91-B9A0-C75EAE599CE7}" type="presParOf" srcId="{B1F33BA5-664C-428E-ACF4-FB871B631343}" destId="{49D453B0-2DBA-49E0-BB26-CBD48E965CD0}" srcOrd="3" destOrd="0" presId="urn:microsoft.com/office/officeart/2005/8/layout/orgChart1"/>
    <dgm:cxn modelId="{CA2BF026-C720-4A9E-AF74-6CCC12C4B825}" type="presParOf" srcId="{49D453B0-2DBA-49E0-BB26-CBD48E965CD0}" destId="{8BAB02BF-F204-4BB8-8592-B94D7B73514E}" srcOrd="0" destOrd="0" presId="urn:microsoft.com/office/officeart/2005/8/layout/orgChart1"/>
    <dgm:cxn modelId="{623A733F-6A9E-4200-A667-574773D6B61C}" type="presParOf" srcId="{8BAB02BF-F204-4BB8-8592-B94D7B73514E}" destId="{A7976D93-334C-41E3-BDC2-34BE35A39928}" srcOrd="0" destOrd="0" presId="urn:microsoft.com/office/officeart/2005/8/layout/orgChart1"/>
    <dgm:cxn modelId="{13A19755-348E-4AD9-8017-F91B56BEFDC2}" type="presOf" srcId="{E5357246-7D32-4AB6-87AA-8E2373143713}" destId="{A7976D93-334C-41E3-BDC2-34BE35A39928}" srcOrd="0" destOrd="0" presId="urn:microsoft.com/office/officeart/2005/8/layout/orgChart1"/>
    <dgm:cxn modelId="{1363BFDD-F33D-4040-A3D9-C38F6EC3AB94}" type="presParOf" srcId="{8BAB02BF-F204-4BB8-8592-B94D7B73514E}" destId="{72DB0D89-761E-4FE6-BFEB-737AB6741D4A}" srcOrd="1" destOrd="0" presId="urn:microsoft.com/office/officeart/2005/8/layout/orgChart1"/>
    <dgm:cxn modelId="{3CA68375-0C46-4630-8AF1-52EEFAA22485}" type="presOf" srcId="{E5357246-7D32-4AB6-87AA-8E2373143713}" destId="{72DB0D89-761E-4FE6-BFEB-737AB6741D4A}" srcOrd="1" destOrd="0" presId="urn:microsoft.com/office/officeart/2005/8/layout/orgChart1"/>
    <dgm:cxn modelId="{EEEB99C2-2EA9-43E2-8566-A3243B158F82}" type="presParOf" srcId="{49D453B0-2DBA-49E0-BB26-CBD48E965CD0}" destId="{37C9C02E-6379-4E84-9AC5-68F2BD36868D}" srcOrd="1" destOrd="0" presId="urn:microsoft.com/office/officeart/2005/8/layout/orgChart1"/>
    <dgm:cxn modelId="{5ABABAF7-96C0-4ED0-AC8D-EC7E597AC44F}" type="presParOf" srcId="{49D453B0-2DBA-49E0-BB26-CBD48E965CD0}" destId="{B9BF2CE6-8700-49D7-B398-ED2107B72225}" srcOrd="2" destOrd="0" presId="urn:microsoft.com/office/officeart/2005/8/layout/orgChart1"/>
    <dgm:cxn modelId="{01B9D09D-FF52-499A-99C9-54177F67C1E6}" type="presParOf" srcId="{B1F33BA5-664C-428E-ACF4-FB871B631343}" destId="{F808221B-CB65-4AF9-B2A5-61F527005C13}" srcOrd="4" destOrd="0" presId="urn:microsoft.com/office/officeart/2005/8/layout/orgChart1"/>
    <dgm:cxn modelId="{FAFAA978-8B97-455A-ACB4-99E8D8BAE6DB}" type="presOf" srcId="{F7B0DF05-0D65-4E4C-AC7C-8E0A0283A9DE}" destId="{F808221B-CB65-4AF9-B2A5-61F527005C13}" srcOrd="0" destOrd="0" presId="urn:microsoft.com/office/officeart/2005/8/layout/orgChart1"/>
    <dgm:cxn modelId="{20B473C5-7DB4-4A7F-ADA4-713552D6BB1F}" type="presParOf" srcId="{B1F33BA5-664C-428E-ACF4-FB871B631343}" destId="{EF8BAC98-029A-4FA3-8AE7-1C98687D29B1}" srcOrd="5" destOrd="0" presId="urn:microsoft.com/office/officeart/2005/8/layout/orgChart1"/>
    <dgm:cxn modelId="{B54E40DF-A0C0-439C-892F-87F196B321DB}" type="presParOf" srcId="{EF8BAC98-029A-4FA3-8AE7-1C98687D29B1}" destId="{69E3137F-C620-4638-B163-107E79CC4A6F}" srcOrd="0" destOrd="0" presId="urn:microsoft.com/office/officeart/2005/8/layout/orgChart1"/>
    <dgm:cxn modelId="{E6318FD2-C549-496E-ABD2-4A0DEE2F0758}" type="presParOf" srcId="{69E3137F-C620-4638-B163-107E79CC4A6F}" destId="{32215BEB-77ED-46F8-A783-D5CA813BF2C5}" srcOrd="0" destOrd="0" presId="urn:microsoft.com/office/officeart/2005/8/layout/orgChart1"/>
    <dgm:cxn modelId="{5647827D-7251-45EF-B023-56B4F87CE815}" type="presOf" srcId="{B265389F-BA4E-46B1-BEA2-6B0FEFA88138}" destId="{32215BEB-77ED-46F8-A783-D5CA813BF2C5}" srcOrd="0" destOrd="0" presId="urn:microsoft.com/office/officeart/2005/8/layout/orgChart1"/>
    <dgm:cxn modelId="{38ED4547-1476-41FA-BB24-BA3B23AAB118}" type="presParOf" srcId="{69E3137F-C620-4638-B163-107E79CC4A6F}" destId="{4CCFA4F6-D297-4465-BDFF-2867B5706CAA}" srcOrd="1" destOrd="0" presId="urn:microsoft.com/office/officeart/2005/8/layout/orgChart1"/>
    <dgm:cxn modelId="{0F0BE26A-EBBA-443B-9148-32CCA272C848}" type="presOf" srcId="{B265389F-BA4E-46B1-BEA2-6B0FEFA88138}" destId="{4CCFA4F6-D297-4465-BDFF-2867B5706CAA}" srcOrd="1" destOrd="0" presId="urn:microsoft.com/office/officeart/2005/8/layout/orgChart1"/>
    <dgm:cxn modelId="{03DEB94C-00E9-4ACB-B580-E2793950C231}" type="presParOf" srcId="{EF8BAC98-029A-4FA3-8AE7-1C98687D29B1}" destId="{C32C14DC-7302-438E-9BED-CF2005E8D675}" srcOrd="1" destOrd="0" presId="urn:microsoft.com/office/officeart/2005/8/layout/orgChart1"/>
    <dgm:cxn modelId="{0951B4BA-7676-4E60-B23A-96F44004FD98}" type="presParOf" srcId="{EF8BAC98-029A-4FA3-8AE7-1C98687D29B1}" destId="{DC8D9EC4-9E36-4B78-8BE7-DC505F7929EB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82CB4D0-359E-4CC4-AD45-08FE8F9280C4}">
      <dsp:nvSpPr>
        <dsp:cNvPr id="0" name=""/>
        <dsp:cNvSpPr/>
      </dsp:nvSpPr>
      <dsp:spPr>
        <a:xfrm>
          <a:off x="3366000" y="360000"/>
          <a:ext cx="0" cy="162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E047DF64-C1E0-4981-A241-8F14DB7B92D7}">
      <dsp:nvSpPr>
        <dsp:cNvPr id="0" name=""/>
        <dsp:cNvSpPr/>
      </dsp:nvSpPr>
      <dsp:spPr>
        <a:xfrm>
          <a:off x="486000" y="522000"/>
          <a:ext cx="0" cy="162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E9497D22-D107-4232-872D-A8E59E6B2E4B}">
      <dsp:nvSpPr>
        <dsp:cNvPr id="0" name=""/>
        <dsp:cNvSpPr/>
      </dsp:nvSpPr>
      <dsp:spPr>
        <a:xfrm>
          <a:off x="90000" y="1305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A3A372CC-3533-450D-B6B3-3BDF2AEF75F4}">
      <dsp:nvSpPr>
        <dsp:cNvPr id="0" name=""/>
        <dsp:cNvSpPr/>
      </dsp:nvSpPr>
      <dsp:spPr>
        <a:xfrm>
          <a:off x="90000" y="1701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764417C6-9FC8-41CD-A2F3-43EEBA0191A7}">
      <dsp:nvSpPr>
        <dsp:cNvPr id="0" name=""/>
        <dsp:cNvSpPr/>
      </dsp:nvSpPr>
      <dsp:spPr>
        <a:xfrm>
          <a:off x="90000" y="2097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B9ADE1BF-BC1E-4158-95DF-F6EF3E21BE87}">
      <dsp:nvSpPr>
        <dsp:cNvPr id="0" name=""/>
        <dsp:cNvSpPr/>
      </dsp:nvSpPr>
      <dsp:spPr>
        <a:xfrm>
          <a:off x="90000" y="1044000"/>
          <a:ext cx="0" cy="1053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F31DAFBE-2FFE-4F60-9CD1-A41358D3769A}">
      <dsp:nvSpPr>
        <dsp:cNvPr id="0" name=""/>
        <dsp:cNvSpPr/>
      </dsp:nvSpPr>
      <dsp:spPr>
        <a:xfrm>
          <a:off x="1638000" y="522000"/>
          <a:ext cx="0" cy="162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F3C5D20B-B1F8-4BAD-9D57-B7B146B9E092}">
      <dsp:nvSpPr>
        <dsp:cNvPr id="0" name=""/>
        <dsp:cNvSpPr/>
      </dsp:nvSpPr>
      <dsp:spPr>
        <a:xfrm>
          <a:off x="1242000" y="1305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E1B67933-F5E5-45B9-8749-0F8075D6B394}">
      <dsp:nvSpPr>
        <dsp:cNvPr id="0" name=""/>
        <dsp:cNvSpPr/>
      </dsp:nvSpPr>
      <dsp:spPr>
        <a:xfrm>
          <a:off x="1242000" y="1701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83B6DB58-A94A-4FFD-9C46-722EF637D332}">
      <dsp:nvSpPr>
        <dsp:cNvPr id="0" name=""/>
        <dsp:cNvSpPr/>
      </dsp:nvSpPr>
      <dsp:spPr>
        <a:xfrm>
          <a:off x="1242000" y="2097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ECCC280C-A5BC-41AA-8B20-CA5399D8588C}">
      <dsp:nvSpPr>
        <dsp:cNvPr id="0" name=""/>
        <dsp:cNvSpPr/>
      </dsp:nvSpPr>
      <dsp:spPr>
        <a:xfrm>
          <a:off x="1242000" y="2493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6D343B82-6C93-4DC2-8ACB-D83ACCAB99F1}">
      <dsp:nvSpPr>
        <dsp:cNvPr id="0" name=""/>
        <dsp:cNvSpPr/>
      </dsp:nvSpPr>
      <dsp:spPr>
        <a:xfrm>
          <a:off x="1242000" y="2889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F8E8785B-61ED-455A-85BB-222C4ACB0B3D}">
      <dsp:nvSpPr>
        <dsp:cNvPr id="0" name=""/>
        <dsp:cNvSpPr/>
      </dsp:nvSpPr>
      <dsp:spPr>
        <a:xfrm>
          <a:off x="1242000" y="1044000"/>
          <a:ext cx="0" cy="1845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DFDF1601-0CD7-44B8-A4DD-9EF1D395D4D8}">
      <dsp:nvSpPr>
        <dsp:cNvPr id="0" name=""/>
        <dsp:cNvSpPr/>
      </dsp:nvSpPr>
      <dsp:spPr>
        <a:xfrm>
          <a:off x="2790000" y="522000"/>
          <a:ext cx="0" cy="162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1559AE62-5F29-40EC-BDD6-0910DA84FD15}">
      <dsp:nvSpPr>
        <dsp:cNvPr id="0" name=""/>
        <dsp:cNvSpPr/>
      </dsp:nvSpPr>
      <dsp:spPr>
        <a:xfrm>
          <a:off x="2394000" y="1305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B0F31933-7BC9-49B6-BA83-B94D7256CC3A}">
      <dsp:nvSpPr>
        <dsp:cNvPr id="0" name=""/>
        <dsp:cNvSpPr/>
      </dsp:nvSpPr>
      <dsp:spPr>
        <a:xfrm>
          <a:off x="2394000" y="1701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85F9F9D2-417E-4AB6-9014-48E2EBE77576}">
      <dsp:nvSpPr>
        <dsp:cNvPr id="0" name=""/>
        <dsp:cNvSpPr/>
      </dsp:nvSpPr>
      <dsp:spPr>
        <a:xfrm>
          <a:off x="2394000" y="2097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F9F253F4-0CB6-4065-87E6-2BA59A392A55}">
      <dsp:nvSpPr>
        <dsp:cNvPr id="0" name=""/>
        <dsp:cNvSpPr/>
      </dsp:nvSpPr>
      <dsp:spPr>
        <a:xfrm>
          <a:off x="2394000" y="2493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580807D2-1B32-4AA9-8FEF-4CEACD35CF91}">
      <dsp:nvSpPr>
        <dsp:cNvPr id="0" name=""/>
        <dsp:cNvSpPr/>
      </dsp:nvSpPr>
      <dsp:spPr>
        <a:xfrm>
          <a:off x="2394000" y="1044000"/>
          <a:ext cx="0" cy="1449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482C1810-7838-480C-AB4C-6DF4DE372724}">
      <dsp:nvSpPr>
        <dsp:cNvPr id="0" name=""/>
        <dsp:cNvSpPr/>
      </dsp:nvSpPr>
      <dsp:spPr>
        <a:xfrm>
          <a:off x="3942000" y="522000"/>
          <a:ext cx="0" cy="162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9B1FB452-BEB2-4895-98D0-2759FB21E2A8}">
      <dsp:nvSpPr>
        <dsp:cNvPr id="0" name=""/>
        <dsp:cNvSpPr/>
      </dsp:nvSpPr>
      <dsp:spPr>
        <a:xfrm>
          <a:off x="3546000" y="1305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763D9759-A5FC-4566-9E12-251A529870EB}">
      <dsp:nvSpPr>
        <dsp:cNvPr id="0" name=""/>
        <dsp:cNvSpPr/>
      </dsp:nvSpPr>
      <dsp:spPr>
        <a:xfrm>
          <a:off x="3546000" y="1701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C03E0C8F-1C6C-465E-884E-F233BABD35A0}">
      <dsp:nvSpPr>
        <dsp:cNvPr id="0" name=""/>
        <dsp:cNvSpPr/>
      </dsp:nvSpPr>
      <dsp:spPr>
        <a:xfrm>
          <a:off x="3546000" y="2097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6A39797D-FDC0-4995-85F5-138E1FEBC153}">
      <dsp:nvSpPr>
        <dsp:cNvPr id="0" name=""/>
        <dsp:cNvSpPr/>
      </dsp:nvSpPr>
      <dsp:spPr>
        <a:xfrm>
          <a:off x="3546000" y="1044000"/>
          <a:ext cx="0" cy="1053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7CCAEF4D-F97C-4FF0-AB56-FBC64C7835C9}">
      <dsp:nvSpPr>
        <dsp:cNvPr id="0" name=""/>
        <dsp:cNvSpPr/>
      </dsp:nvSpPr>
      <dsp:spPr>
        <a:xfrm>
          <a:off x="5094000" y="522000"/>
          <a:ext cx="0" cy="162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35A62A22-604A-4A9A-9F3F-D7D286E75A3B}">
      <dsp:nvSpPr>
        <dsp:cNvPr id="0" name=""/>
        <dsp:cNvSpPr/>
      </dsp:nvSpPr>
      <dsp:spPr>
        <a:xfrm>
          <a:off x="4698000" y="1305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17B9EE00-5333-4485-BE5A-FFEF74F2BE9F}">
      <dsp:nvSpPr>
        <dsp:cNvPr id="0" name=""/>
        <dsp:cNvSpPr/>
      </dsp:nvSpPr>
      <dsp:spPr>
        <a:xfrm>
          <a:off x="4698000" y="1701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90E9C1B3-520E-4E59-B957-4E9EE19DC285}">
      <dsp:nvSpPr>
        <dsp:cNvPr id="0" name=""/>
        <dsp:cNvSpPr/>
      </dsp:nvSpPr>
      <dsp:spPr>
        <a:xfrm>
          <a:off x="4698000" y="1044000"/>
          <a:ext cx="0" cy="657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7F9A77AA-633F-40D3-909F-4E20B0008D9A}">
      <dsp:nvSpPr>
        <dsp:cNvPr id="0" name=""/>
        <dsp:cNvSpPr/>
      </dsp:nvSpPr>
      <dsp:spPr>
        <a:xfrm>
          <a:off x="6246000" y="522000"/>
          <a:ext cx="0" cy="162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329E10A7-1C6D-4ECB-8535-1D15BA580F0F}">
      <dsp:nvSpPr>
        <dsp:cNvPr id="0" name=""/>
        <dsp:cNvSpPr/>
      </dsp:nvSpPr>
      <dsp:spPr>
        <a:xfrm>
          <a:off x="5850000" y="1305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D502806D-8405-4FCC-BD93-771F55BB55AB}">
      <dsp:nvSpPr>
        <dsp:cNvPr id="0" name=""/>
        <dsp:cNvSpPr/>
      </dsp:nvSpPr>
      <dsp:spPr>
        <a:xfrm>
          <a:off x="5850000" y="1701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F808221B-CB65-4AF9-B2A5-61F527005C13}">
      <dsp:nvSpPr>
        <dsp:cNvPr id="0" name=""/>
        <dsp:cNvSpPr/>
      </dsp:nvSpPr>
      <dsp:spPr>
        <a:xfrm>
          <a:off x="5850000" y="2097000"/>
          <a:ext cx="9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3FFF0898-E4AD-4E80-819C-7876E1B098C3}">
      <dsp:nvSpPr>
        <dsp:cNvPr id="0" name=""/>
        <dsp:cNvSpPr/>
      </dsp:nvSpPr>
      <dsp:spPr>
        <a:xfrm>
          <a:off x="5850000" y="1044000"/>
          <a:ext cx="0" cy="105300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9A3E4B0A-AE5A-44EA-B3AF-0C886C95D2F1}">
      <dsp:nvSpPr>
        <dsp:cNvPr id="0" name=""/>
        <dsp:cNvSpPr/>
      </dsp:nvSpPr>
      <dsp:spPr>
        <a:xfrm>
          <a:off x="486000" y="522000"/>
          <a:ext cx="5760000" cy="0"/>
        </a:xfrm>
        <a:prstGeom prst="line">
          <a:avLst/>
        </a:prstGeom>
        <a:noFill/>
        <a:ln w="19050">
          <a:solidFill>
            <a:schemeClr val="accent1"/>
          </a:solidFill>
        </a:ln>
      </dsp:spPr>
    </dsp:sp>
    <dsp:sp modelId="{C6C54CA5-7478-4A11-86D3-0F8BA479599A}">
      <dsp:nvSpPr>
        <dsp:cNvPr id="0" name=""/>
        <dsp:cNvSpPr/>
      </dsp:nvSpPr>
      <dsp:spPr>
        <a:xfrm>
          <a:off x="2826000" y="0"/>
          <a:ext cx="1080000" cy="360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200" kern="1200">
              <a:solidFill>
                <a:schemeClr val="lt1"/>
              </a:solidFill>
            </a:rPr>
            <a:t>Начало</a:t>
          </a:r>
        </a:p>
      </dsp:txBody>
      <dsp:txXfrm>
        <a:off x="2826000" y="0"/>
        <a:ext cx="1080000" cy="360000"/>
      </dsp:txXfrm>
    </dsp:sp>
    <dsp:sp modelId="{5E487F38-864D-4F3B-B81D-C7A098EE29E5}">
      <dsp:nvSpPr>
        <dsp:cNvPr id="0" name=""/>
        <dsp:cNvSpPr/>
      </dsp:nvSpPr>
      <dsp:spPr>
        <a:xfrm>
          <a:off x="0" y="684000"/>
          <a:ext cx="972000" cy="360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>
              <a:solidFill>
                <a:schemeClr val="lt1"/>
              </a:solidFill>
            </a:rPr>
            <a:t>За нас</a:t>
          </a:r>
        </a:p>
      </dsp:txBody>
      <dsp:txXfrm>
        <a:off x="0" y="684000"/>
        <a:ext cx="972000" cy="360000"/>
      </dsp:txXfrm>
    </dsp:sp>
    <dsp:sp modelId="{E2168711-66BA-41E0-91AD-9300C5BA3B4C}">
      <dsp:nvSpPr>
        <dsp:cNvPr id="0" name=""/>
        <dsp:cNvSpPr/>
      </dsp:nvSpPr>
      <dsp:spPr>
        <a:xfrm>
          <a:off x="180000" y="1152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История на салона</a:t>
          </a:r>
        </a:p>
      </dsp:txBody>
      <dsp:txXfrm>
        <a:off x="180000" y="1152000"/>
        <a:ext cx="792000" cy="306000"/>
      </dsp:txXfrm>
    </dsp:sp>
    <dsp:sp modelId="{174CA850-8D2B-479D-A8C2-2746BB7C696A}">
      <dsp:nvSpPr>
        <dsp:cNvPr id="0" name=""/>
        <dsp:cNvSpPr/>
      </dsp:nvSpPr>
      <dsp:spPr>
        <a:xfrm>
          <a:off x="180000" y="1548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Екип</a:t>
          </a:r>
        </a:p>
      </dsp:txBody>
      <dsp:txXfrm>
        <a:off x="180000" y="1548000"/>
        <a:ext cx="792000" cy="306000"/>
      </dsp:txXfrm>
    </dsp:sp>
    <dsp:sp modelId="{968B3A53-0995-4C93-A625-5DE9E8A40B25}">
      <dsp:nvSpPr>
        <dsp:cNvPr id="0" name=""/>
        <dsp:cNvSpPr/>
      </dsp:nvSpPr>
      <dsp:spPr>
        <a:xfrm>
          <a:off x="180000" y="1944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Шоурум и локации</a:t>
          </a:r>
        </a:p>
      </dsp:txBody>
      <dsp:txXfrm>
        <a:off x="180000" y="1944000"/>
        <a:ext cx="792000" cy="306000"/>
      </dsp:txXfrm>
    </dsp:sp>
    <dsp:sp modelId="{627F4594-73AB-4877-933B-619462788270}">
      <dsp:nvSpPr>
        <dsp:cNvPr id="0" name=""/>
        <dsp:cNvSpPr/>
      </dsp:nvSpPr>
      <dsp:spPr>
        <a:xfrm>
          <a:off x="1152000" y="684000"/>
          <a:ext cx="972000" cy="360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>
              <a:solidFill>
                <a:schemeClr val="lt1"/>
              </a:solidFill>
            </a:rPr>
            <a:t>Автомобили</a:t>
          </a:r>
        </a:p>
      </dsp:txBody>
      <dsp:txXfrm>
        <a:off x="1152000" y="684000"/>
        <a:ext cx="972000" cy="360000"/>
      </dsp:txXfrm>
    </dsp:sp>
    <dsp:sp modelId="{DF0AD036-0E1D-4523-A8C4-5D6F3A765D07}">
      <dsp:nvSpPr>
        <dsp:cNvPr id="0" name=""/>
        <dsp:cNvSpPr/>
      </dsp:nvSpPr>
      <dsp:spPr>
        <a:xfrm>
          <a:off x="1332000" y="1152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Нови автомобили</a:t>
          </a:r>
        </a:p>
      </dsp:txBody>
      <dsp:txXfrm>
        <a:off x="1332000" y="1152000"/>
        <a:ext cx="792000" cy="306000"/>
      </dsp:txXfrm>
    </dsp:sp>
    <dsp:sp modelId="{C76B6AF5-3DED-4EE5-B851-C96B310F244B}">
      <dsp:nvSpPr>
        <dsp:cNvPr id="0" name=""/>
        <dsp:cNvSpPr/>
      </dsp:nvSpPr>
      <dsp:spPr>
        <a:xfrm>
          <a:off x="1332000" y="1548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Автомобили втора ръка</a:t>
          </a:r>
        </a:p>
      </dsp:txBody>
      <dsp:txXfrm>
        <a:off x="1332000" y="1548000"/>
        <a:ext cx="792000" cy="306000"/>
      </dsp:txXfrm>
    </dsp:sp>
    <dsp:sp modelId="{CAF4891B-F9E4-4109-B4A9-2CD842FD922B}">
      <dsp:nvSpPr>
        <dsp:cNvPr id="0" name=""/>
        <dsp:cNvSpPr/>
      </dsp:nvSpPr>
      <dsp:spPr>
        <a:xfrm>
          <a:off x="1332000" y="1944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Електрически и хибридни</a:t>
          </a:r>
        </a:p>
      </dsp:txBody>
      <dsp:txXfrm>
        <a:off x="1332000" y="1944000"/>
        <a:ext cx="792000" cy="306000"/>
      </dsp:txXfrm>
    </dsp:sp>
    <dsp:sp modelId="{B29C839D-375F-4D80-8C20-BFFA8B6899D1}">
      <dsp:nvSpPr>
        <dsp:cNvPr id="0" name=""/>
        <dsp:cNvSpPr/>
      </dsp:nvSpPr>
      <dsp:spPr>
        <a:xfrm>
          <a:off x="1332000" y="2340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Търсене и филтри</a:t>
          </a:r>
        </a:p>
      </dsp:txBody>
      <dsp:txXfrm>
        <a:off x="1332000" y="2340000"/>
        <a:ext cx="792000" cy="306000"/>
      </dsp:txXfrm>
    </dsp:sp>
    <dsp:sp modelId="{53BA9DC4-8A37-4A3A-9A88-18CA2FD131B1}">
      <dsp:nvSpPr>
        <dsp:cNvPr id="0" name=""/>
        <dsp:cNvSpPr/>
      </dsp:nvSpPr>
      <dsp:spPr>
        <a:xfrm>
          <a:off x="1332000" y="2736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Сравнение на модели</a:t>
          </a:r>
        </a:p>
      </dsp:txBody>
      <dsp:txXfrm>
        <a:off x="1332000" y="2736000"/>
        <a:ext cx="792000" cy="306000"/>
      </dsp:txXfrm>
    </dsp:sp>
    <dsp:sp modelId="{C285351A-AA52-4ED6-B5B9-E8926FE83CB2}">
      <dsp:nvSpPr>
        <dsp:cNvPr id="0" name=""/>
        <dsp:cNvSpPr/>
      </dsp:nvSpPr>
      <dsp:spPr>
        <a:xfrm>
          <a:off x="2304000" y="684000"/>
          <a:ext cx="972000" cy="360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>
              <a:solidFill>
                <a:schemeClr val="lt1"/>
              </a:solidFill>
            </a:rPr>
            <a:t>Услуги</a:t>
          </a:r>
        </a:p>
      </dsp:txBody>
      <dsp:txXfrm>
        <a:off x="2304000" y="684000"/>
        <a:ext cx="972000" cy="360000"/>
      </dsp:txXfrm>
    </dsp:sp>
    <dsp:sp modelId="{475DF841-E1C0-4017-8AA0-E711BE6F0847}">
      <dsp:nvSpPr>
        <dsp:cNvPr id="0" name=""/>
        <dsp:cNvSpPr/>
      </dsp:nvSpPr>
      <dsp:spPr>
        <a:xfrm>
          <a:off x="2484000" y="1152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Сервиз и ремонт</a:t>
          </a:r>
        </a:p>
      </dsp:txBody>
      <dsp:txXfrm>
        <a:off x="2484000" y="1152000"/>
        <a:ext cx="792000" cy="306000"/>
      </dsp:txXfrm>
    </dsp:sp>
    <dsp:sp modelId="{7DDAAB48-E515-4720-B382-80F8EA8C5667}">
      <dsp:nvSpPr>
        <dsp:cNvPr id="0" name=""/>
        <dsp:cNvSpPr/>
      </dsp:nvSpPr>
      <dsp:spPr>
        <a:xfrm>
          <a:off x="2484000" y="1548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Тест драйв</a:t>
          </a:r>
        </a:p>
      </dsp:txBody>
      <dsp:txXfrm>
        <a:off x="2484000" y="1548000"/>
        <a:ext cx="792000" cy="306000"/>
      </dsp:txXfrm>
    </dsp:sp>
    <dsp:sp modelId="{6331BAE9-EE81-426C-BC33-C3E007A3DE13}">
      <dsp:nvSpPr>
        <dsp:cNvPr id="0" name=""/>
        <dsp:cNvSpPr/>
      </dsp:nvSpPr>
      <dsp:spPr>
        <a:xfrm>
          <a:off x="2484000" y="1944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Гуми и аксесоари</a:t>
          </a:r>
        </a:p>
      </dsp:txBody>
      <dsp:txXfrm>
        <a:off x="2484000" y="1944000"/>
        <a:ext cx="792000" cy="306000"/>
      </dsp:txXfrm>
    </dsp:sp>
    <dsp:sp modelId="{E3AA8365-D98E-4312-A598-0BE6BB77D340}">
      <dsp:nvSpPr>
        <dsp:cNvPr id="0" name=""/>
        <dsp:cNvSpPr/>
      </dsp:nvSpPr>
      <dsp:spPr>
        <a:xfrm>
          <a:off x="2484000" y="2340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Изкупуване на автомобили</a:t>
          </a:r>
        </a:p>
      </dsp:txBody>
      <dsp:txXfrm>
        <a:off x="2484000" y="2340000"/>
        <a:ext cx="792000" cy="306000"/>
      </dsp:txXfrm>
    </dsp:sp>
    <dsp:sp modelId="{71B9B79F-B6D2-4C96-9715-B7AD9FC9E303}">
      <dsp:nvSpPr>
        <dsp:cNvPr id="0" name=""/>
        <dsp:cNvSpPr/>
      </dsp:nvSpPr>
      <dsp:spPr>
        <a:xfrm>
          <a:off x="3456000" y="684000"/>
          <a:ext cx="972000" cy="360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>
              <a:solidFill>
                <a:schemeClr val="lt1"/>
              </a:solidFill>
            </a:rPr>
            <a:t>Финансиране</a:t>
          </a:r>
        </a:p>
      </dsp:txBody>
      <dsp:txXfrm>
        <a:off x="3456000" y="684000"/>
        <a:ext cx="972000" cy="360000"/>
      </dsp:txXfrm>
    </dsp:sp>
    <dsp:sp modelId="{328CE39A-9950-4372-9C0C-512690A97CE8}">
      <dsp:nvSpPr>
        <dsp:cNvPr id="0" name=""/>
        <dsp:cNvSpPr/>
      </dsp:nvSpPr>
      <dsp:spPr>
        <a:xfrm>
          <a:off x="3636000" y="1152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Лизинг</a:t>
          </a:r>
        </a:p>
      </dsp:txBody>
      <dsp:txXfrm>
        <a:off x="3636000" y="1152000"/>
        <a:ext cx="792000" cy="306000"/>
      </dsp:txXfrm>
    </dsp:sp>
    <dsp:sp modelId="{DE400375-9C98-4F46-8175-AE597FA91088}">
      <dsp:nvSpPr>
        <dsp:cNvPr id="0" name=""/>
        <dsp:cNvSpPr/>
      </dsp:nvSpPr>
      <dsp:spPr>
        <a:xfrm>
          <a:off x="3636000" y="1548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Автокредит</a:t>
          </a:r>
        </a:p>
      </dsp:txBody>
      <dsp:txXfrm>
        <a:off x="3636000" y="1548000"/>
        <a:ext cx="792000" cy="306000"/>
      </dsp:txXfrm>
    </dsp:sp>
    <dsp:sp modelId="{6E48FFDC-5854-48EB-9CB0-B7F6338EF609}">
      <dsp:nvSpPr>
        <dsp:cNvPr id="0" name=""/>
        <dsp:cNvSpPr/>
      </dsp:nvSpPr>
      <dsp:spPr>
        <a:xfrm>
          <a:off x="3636000" y="1944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Застраховки</a:t>
          </a:r>
        </a:p>
      </dsp:txBody>
      <dsp:txXfrm>
        <a:off x="3636000" y="1944000"/>
        <a:ext cx="792000" cy="306000"/>
      </dsp:txXfrm>
    </dsp:sp>
    <dsp:sp modelId="{6D99441E-B8A4-4300-8AE0-2327C9087271}">
      <dsp:nvSpPr>
        <dsp:cNvPr id="0" name=""/>
        <dsp:cNvSpPr/>
      </dsp:nvSpPr>
      <dsp:spPr>
        <a:xfrm>
          <a:off x="4608000" y="684000"/>
          <a:ext cx="972000" cy="360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>
              <a:solidFill>
                <a:schemeClr val="lt1"/>
              </a:solidFill>
            </a:rPr>
            <a:t>Оферти и новини</a:t>
          </a:r>
        </a:p>
      </dsp:txBody>
      <dsp:txXfrm>
        <a:off x="4608000" y="684000"/>
        <a:ext cx="972000" cy="360000"/>
      </dsp:txXfrm>
    </dsp:sp>
    <dsp:sp modelId="{DD33A4FE-7593-4B51-A899-C12CEDA51025}">
      <dsp:nvSpPr>
        <dsp:cNvPr id="0" name=""/>
        <dsp:cNvSpPr/>
      </dsp:nvSpPr>
      <dsp:spPr>
        <a:xfrm>
          <a:off x="4788000" y="1152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Промоции</a:t>
          </a:r>
        </a:p>
      </dsp:txBody>
      <dsp:txXfrm>
        <a:off x="4788000" y="1152000"/>
        <a:ext cx="792000" cy="306000"/>
      </dsp:txXfrm>
    </dsp:sp>
    <dsp:sp modelId="{9BA8D51C-3982-4EF5-96DB-456C8A622266}">
      <dsp:nvSpPr>
        <dsp:cNvPr id="0" name=""/>
        <dsp:cNvSpPr/>
      </dsp:nvSpPr>
      <dsp:spPr>
        <a:xfrm>
          <a:off x="4788000" y="1548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Новини</a:t>
          </a:r>
        </a:p>
      </dsp:txBody>
      <dsp:txXfrm>
        <a:off x="4788000" y="1548000"/>
        <a:ext cx="792000" cy="306000"/>
      </dsp:txXfrm>
    </dsp:sp>
    <dsp:sp modelId="{07227F9C-02BF-40B3-8C03-900C596A6591}">
      <dsp:nvSpPr>
        <dsp:cNvPr id="0" name=""/>
        <dsp:cNvSpPr/>
      </dsp:nvSpPr>
      <dsp:spPr>
        <a:xfrm>
          <a:off x="5760000" y="684000"/>
          <a:ext cx="972000" cy="360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>
              <a:solidFill>
                <a:schemeClr val="lt1"/>
              </a:solidFill>
            </a:rPr>
            <a:t>Контакти</a:t>
          </a:r>
        </a:p>
      </dsp:txBody>
      <dsp:txXfrm>
        <a:off x="5760000" y="684000"/>
        <a:ext cx="972000" cy="360000"/>
      </dsp:txXfrm>
    </dsp:sp>
    <dsp:sp modelId="{974849C3-6BC9-4F4B-9635-BFDFCD526EDD}">
      <dsp:nvSpPr>
        <dsp:cNvPr id="0" name=""/>
        <dsp:cNvSpPr/>
      </dsp:nvSpPr>
      <dsp:spPr>
        <a:xfrm>
          <a:off x="5940000" y="1152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Запитване</a:t>
          </a:r>
        </a:p>
      </dsp:txBody>
      <dsp:txXfrm>
        <a:off x="5940000" y="1152000"/>
        <a:ext cx="792000" cy="306000"/>
      </dsp:txXfrm>
    </dsp:sp>
    <dsp:sp modelId="{A7976D93-334C-41E3-BDC2-34BE35A39928}">
      <dsp:nvSpPr>
        <dsp:cNvPr id="0" name=""/>
        <dsp:cNvSpPr/>
      </dsp:nvSpPr>
      <dsp:spPr>
        <a:xfrm>
          <a:off x="5940000" y="1548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Резервация на час</a:t>
          </a:r>
        </a:p>
      </dsp:txBody>
      <dsp:txXfrm>
        <a:off x="5940000" y="1548000"/>
        <a:ext cx="792000" cy="306000"/>
      </dsp:txXfrm>
    </dsp:sp>
    <dsp:sp modelId="{32215BEB-77ED-46F8-A783-D5CA813BF2C5}">
      <dsp:nvSpPr>
        <dsp:cNvPr id="0" name=""/>
        <dsp:cNvSpPr/>
      </dsp:nvSpPr>
      <dsp:spPr>
        <a:xfrm>
          <a:off x="5940000" y="1944000"/>
          <a:ext cx="792000" cy="306000"/>
        </a:xfrm>
        <a:prstGeom prst="rect">
          <a:avLst/>
        </a:prstGeom>
        <a:solidFill>
          <a:schemeClr val="accent1"/>
        </a:solidFill>
        <a:ln w="12700">
          <a:solidFill>
            <a:schemeClr val="lt1"/>
          </a:solidFill>
        </a:ln>
      </dsp:spPr>
      <dsp:txBody>
        <a:bodyPr spcFirstLastPara="0" vert="horz" wrap="square" lIns="18000" tIns="18000" rIns="18000" bIns="1800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800" kern="1200">
              <a:solidFill>
                <a:schemeClr val="lt1"/>
              </a:solidFill>
            </a:rPr>
            <a:t>Карта и работно време</a:t>
          </a:r>
        </a:p>
      </dsp:txBody>
      <dsp:txXfrm>
        <a:off x="5940000" y="1944000"/>
        <a:ext cx="792000" cy="3060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2F5AA8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